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4A143" w14:textId="6F1506DC" w:rsidR="003A28D6" w:rsidRPr="001F21AF" w:rsidRDefault="003A28D6">
      <w:pPr>
        <w:rPr>
          <w:rFonts w:ascii="Avenir" w:hAnsi="Avenir"/>
          <w:color w:val="008EC9"/>
        </w:rPr>
      </w:pPr>
      <w:permStart w:id="478969691" w:edGrp="everyone"/>
      <w:r w:rsidRPr="001F21AF">
        <w:rPr>
          <w:rFonts w:ascii="Avenir" w:hAnsi="Avenir"/>
          <w:color w:val="008EC9"/>
        </w:rPr>
        <w:t>[INSERT LOGO]</w:t>
      </w:r>
    </w:p>
    <w:p w14:paraId="01AA4C3A" w14:textId="6EEC544D" w:rsidR="003A28D6" w:rsidRPr="001F21AF" w:rsidRDefault="003A28D6">
      <w:pPr>
        <w:rPr>
          <w:rFonts w:ascii="Avenir" w:hAnsi="Avenir"/>
          <w:color w:val="008EC9"/>
        </w:rPr>
      </w:pPr>
      <w:r w:rsidRPr="001F21AF">
        <w:rPr>
          <w:rFonts w:ascii="Avenir" w:hAnsi="Avenir"/>
          <w:color w:val="008EC9"/>
        </w:rPr>
        <w:t>[INSERT BUSINESS NAME]</w:t>
      </w:r>
    </w:p>
    <w:p w14:paraId="558180B7" w14:textId="77777777" w:rsidR="003A28D6" w:rsidRPr="003A28D6" w:rsidRDefault="003A28D6">
      <w:pPr>
        <w:rPr>
          <w:rFonts w:ascii="Avenir" w:hAnsi="Avenir"/>
        </w:rPr>
      </w:pPr>
    </w:p>
    <w:p w14:paraId="553E7CCB" w14:textId="47AB915E" w:rsidR="003A28D6" w:rsidRPr="00577064" w:rsidRDefault="003A28D6">
      <w:pPr>
        <w:rPr>
          <w:rFonts w:ascii="Avenir Heavy" w:hAnsi="Avenir Heavy"/>
          <w:color w:val="002654"/>
          <w:sz w:val="56"/>
          <w:szCs w:val="56"/>
        </w:rPr>
      </w:pPr>
      <w:r w:rsidRPr="00577064">
        <w:rPr>
          <w:rFonts w:ascii="Avenir Heavy" w:hAnsi="Avenir Heavy"/>
          <w:color w:val="002654"/>
          <w:sz w:val="56"/>
          <w:szCs w:val="56"/>
        </w:rPr>
        <w:t>Grievance Form</w:t>
      </w:r>
    </w:p>
    <w:p w14:paraId="7D15F23C" w14:textId="5D981EDE" w:rsidR="003A28D6" w:rsidRPr="00577064" w:rsidRDefault="003A28D6">
      <w:pPr>
        <w:rPr>
          <w:rFonts w:ascii="Avenir Medium" w:hAnsi="Avenir Medium"/>
          <w:color w:val="002654"/>
          <w:sz w:val="28"/>
          <w:szCs w:val="28"/>
        </w:rPr>
      </w:pPr>
      <w:r w:rsidRPr="00577064">
        <w:rPr>
          <w:rFonts w:ascii="Avenir Medium" w:hAnsi="Avenir Medium"/>
          <w:color w:val="002654"/>
          <w:sz w:val="28"/>
          <w:szCs w:val="28"/>
        </w:rPr>
        <w:t>Guidance</w:t>
      </w:r>
    </w:p>
    <w:p w14:paraId="1C9784D3" w14:textId="77777777" w:rsidR="003A28D6" w:rsidRPr="0040104E" w:rsidRDefault="003A28D6" w:rsidP="003A28D6">
      <w:pPr>
        <w:rPr>
          <w:rFonts w:ascii="Avenir" w:hAnsi="Avenir"/>
          <w:sz w:val="24"/>
          <w:szCs w:val="24"/>
          <w:lang w:val="en-GB"/>
        </w:rPr>
      </w:pPr>
      <w:r w:rsidRPr="00577064">
        <w:rPr>
          <w:rFonts w:ascii="Avenir" w:hAnsi="Avenir"/>
          <w:sz w:val="24"/>
          <w:szCs w:val="24"/>
          <w:lang w:val="en-GB"/>
        </w:rPr>
        <w:t>Please refer to your organisation’s Grievance Policy before completing</w:t>
      </w:r>
      <w:r w:rsidRPr="0040104E">
        <w:rPr>
          <w:rFonts w:ascii="Avenir" w:hAnsi="Avenir"/>
          <w:sz w:val="24"/>
          <w:szCs w:val="24"/>
          <w:lang w:val="en-GB"/>
        </w:rPr>
        <w:t xml:space="preserve"> this form. </w:t>
      </w:r>
    </w:p>
    <w:p w14:paraId="7BCF545C" w14:textId="77777777" w:rsidR="003A28D6" w:rsidRPr="0040104E" w:rsidRDefault="003A28D6" w:rsidP="003A28D6">
      <w:pPr>
        <w:rPr>
          <w:rFonts w:ascii="Avenir" w:hAnsi="Avenir"/>
          <w:sz w:val="24"/>
          <w:szCs w:val="24"/>
          <w:lang w:val="en-GB"/>
        </w:rPr>
      </w:pPr>
      <w:r w:rsidRPr="0040104E">
        <w:rPr>
          <w:rFonts w:ascii="Avenir" w:hAnsi="Avenir"/>
          <w:sz w:val="24"/>
          <w:szCs w:val="24"/>
          <w:lang w:val="en-GB"/>
        </w:rPr>
        <w:t>This form should be used where you wish to formally raise a work-related concern.</w:t>
      </w:r>
      <w:r w:rsidRPr="0040104E">
        <w:rPr>
          <w:rFonts w:ascii="Avenir" w:hAnsi="Avenir"/>
          <w:sz w:val="24"/>
          <w:szCs w:val="24"/>
          <w:lang w:val="en-GB"/>
        </w:rPr>
        <w:br/>
      </w:r>
    </w:p>
    <w:p w14:paraId="5BE45916" w14:textId="77777777" w:rsidR="003A28D6" w:rsidRPr="0040104E" w:rsidRDefault="003A28D6" w:rsidP="003A28D6">
      <w:pPr>
        <w:rPr>
          <w:rFonts w:ascii="Avenir" w:hAnsi="Avenir"/>
          <w:sz w:val="24"/>
          <w:szCs w:val="24"/>
          <w:lang w:val="en-GB"/>
        </w:rPr>
      </w:pPr>
      <w:r w:rsidRPr="0040104E">
        <w:rPr>
          <w:rFonts w:ascii="Avenir" w:hAnsi="Avenir"/>
          <w:sz w:val="24"/>
          <w:szCs w:val="24"/>
          <w:lang w:val="en-GB"/>
        </w:rPr>
        <w:t>Employees are encouraged to raise concerns as early as reasonably possible. The organisation will consider the context of any concern when deciding how it will be handled.</w:t>
      </w:r>
      <w:r w:rsidRPr="0040104E">
        <w:rPr>
          <w:rFonts w:ascii="Avenir" w:hAnsi="Avenir"/>
          <w:sz w:val="24"/>
          <w:szCs w:val="24"/>
          <w:lang w:val="en-GB"/>
        </w:rPr>
        <w:br/>
      </w:r>
    </w:p>
    <w:p w14:paraId="623A9102" w14:textId="77777777" w:rsidR="003A28D6" w:rsidRPr="0040104E" w:rsidRDefault="003A28D6" w:rsidP="003A28D6">
      <w:pPr>
        <w:rPr>
          <w:rFonts w:ascii="Avenir" w:hAnsi="Avenir"/>
          <w:sz w:val="24"/>
          <w:szCs w:val="24"/>
          <w:lang w:val="en-GB"/>
        </w:rPr>
      </w:pPr>
      <w:r w:rsidRPr="0040104E">
        <w:rPr>
          <w:rFonts w:ascii="Avenir" w:hAnsi="Avenir"/>
          <w:sz w:val="24"/>
          <w:szCs w:val="24"/>
          <w:lang w:val="en-GB"/>
        </w:rPr>
        <w:t>In some cases, a concern may be more appropriately addressed under another procedure. Where this applies, the matter may be redirected accordingly. This does not prevent an employee from raising a grievance about the fairness or application of any process.</w:t>
      </w:r>
      <w:r w:rsidRPr="0040104E">
        <w:rPr>
          <w:rFonts w:ascii="Avenir" w:hAnsi="Avenir"/>
          <w:sz w:val="24"/>
          <w:szCs w:val="24"/>
          <w:lang w:val="en-GB"/>
        </w:rPr>
        <w:br/>
      </w:r>
      <w:r w:rsidRPr="0040104E">
        <w:rPr>
          <w:rFonts w:ascii="Avenir" w:hAnsi="Avenir"/>
          <w:sz w:val="24"/>
          <w:szCs w:val="24"/>
          <w:lang w:val="en-GB"/>
        </w:rPr>
        <w:br/>
      </w:r>
      <w:r w:rsidRPr="0040104E">
        <w:rPr>
          <w:rFonts w:ascii="Avenir" w:hAnsi="Avenir"/>
          <w:i/>
          <w:iCs/>
          <w:color w:val="008EC9"/>
          <w:sz w:val="24"/>
          <w:szCs w:val="24"/>
          <w:lang w:val="en-GB"/>
        </w:rPr>
        <w:t>[Where applicable</w:t>
      </w:r>
      <w:r w:rsidRPr="0040104E">
        <w:rPr>
          <w:rFonts w:ascii="Avenir" w:hAnsi="Avenir"/>
          <w:color w:val="008EC9"/>
          <w:sz w:val="24"/>
          <w:szCs w:val="24"/>
          <w:lang w:val="en-GB"/>
        </w:rPr>
        <w:t xml:space="preserve"> - We understand that raising a grievance may feel challenging or stressful. Support is available throughout this process, and you are </w:t>
      </w:r>
      <w:r w:rsidRPr="00794D31">
        <w:rPr>
          <w:rFonts w:ascii="Avenir" w:hAnsi="Avenir"/>
          <w:color w:val="008EC9"/>
          <w:sz w:val="24"/>
          <w:szCs w:val="24"/>
          <w:lang w:val="en-GB"/>
        </w:rPr>
        <w:t>encourage</w:t>
      </w:r>
      <w:r w:rsidRPr="0040104E">
        <w:rPr>
          <w:rFonts w:ascii="Avenir" w:hAnsi="Avenir"/>
          <w:color w:val="008EC9"/>
          <w:sz w:val="24"/>
          <w:szCs w:val="24"/>
          <w:lang w:val="en-GB"/>
        </w:rPr>
        <w:t xml:space="preserve">d to access help through our Employee Assistance Programme </w:t>
      </w:r>
      <w:r w:rsidRPr="0040104E">
        <w:rPr>
          <w:rFonts w:ascii="Avenir" w:hAnsi="Avenir"/>
          <w:color w:val="62BB46"/>
          <w:sz w:val="24"/>
          <w:szCs w:val="24"/>
          <w:lang w:val="en-GB"/>
        </w:rPr>
        <w:t xml:space="preserve">[link]  </w:t>
      </w:r>
      <w:r w:rsidRPr="0040104E">
        <w:rPr>
          <w:rFonts w:ascii="Avenir" w:hAnsi="Avenir"/>
          <w:color w:val="008EC9"/>
          <w:sz w:val="24"/>
          <w:szCs w:val="24"/>
          <w:lang w:val="en-GB"/>
        </w:rPr>
        <w:t>providing confidential support and guidance during difficult times.]</w:t>
      </w:r>
    </w:p>
    <w:p w14:paraId="036518FF" w14:textId="67EB8946" w:rsidR="003A28D6" w:rsidRDefault="003A28D6" w:rsidP="003A28D6">
      <w:pPr>
        <w:rPr>
          <w:rFonts w:ascii="Avenir" w:hAnsi="Avenir"/>
          <w:color w:val="62BB46"/>
          <w:sz w:val="24"/>
          <w:szCs w:val="24"/>
        </w:rPr>
      </w:pPr>
      <w:r w:rsidRPr="0040104E">
        <w:rPr>
          <w:rFonts w:ascii="Avenir" w:hAnsi="Avenir"/>
          <w:sz w:val="24"/>
          <w:szCs w:val="24"/>
        </w:rPr>
        <w:br/>
        <w:t>If you require this document in an alternative format, please contact HR via email</w:t>
      </w:r>
      <w:r w:rsidR="001F21AF">
        <w:rPr>
          <w:rFonts w:ascii="Avenir" w:hAnsi="Avenir"/>
          <w:sz w:val="24"/>
          <w:szCs w:val="24"/>
        </w:rPr>
        <w:t>:</w:t>
      </w:r>
      <w:r w:rsidRPr="0040104E">
        <w:rPr>
          <w:rFonts w:ascii="Avenir" w:hAnsi="Avenir"/>
          <w:sz w:val="24"/>
          <w:szCs w:val="24"/>
        </w:rPr>
        <w:t xml:space="preserve"> </w:t>
      </w:r>
      <w:r w:rsidRPr="001F21AF">
        <w:rPr>
          <w:rFonts w:ascii="Avenir" w:hAnsi="Avenir"/>
          <w:color w:val="008EC9"/>
          <w:sz w:val="24"/>
          <w:szCs w:val="24"/>
        </w:rPr>
        <w:t>[XXXXX]</w:t>
      </w:r>
    </w:p>
    <w:p w14:paraId="624C9998" w14:textId="2FAD589A" w:rsidR="00F43EBB" w:rsidRDefault="00F43EBB">
      <w:pPr>
        <w:rPr>
          <w:rFonts w:ascii="Avenir" w:hAnsi="Avenir"/>
          <w:color w:val="62BB46"/>
          <w:sz w:val="24"/>
          <w:szCs w:val="24"/>
        </w:rPr>
      </w:pPr>
      <w:r>
        <w:rPr>
          <w:rFonts w:ascii="Avenir" w:hAnsi="Avenir"/>
          <w:color w:val="62BB46"/>
          <w:sz w:val="24"/>
          <w:szCs w:val="24"/>
        </w:rPr>
        <w:br w:type="page"/>
      </w:r>
    </w:p>
    <w:p w14:paraId="27C9F543" w14:textId="20E3FF5B" w:rsidR="001B4C16" w:rsidRDefault="001B4C16">
      <w:pPr>
        <w:rPr>
          <w:rFonts w:ascii="Avenir Medium" w:hAnsi="Avenir Medium"/>
          <w:color w:val="002654"/>
          <w:sz w:val="28"/>
          <w:szCs w:val="28"/>
        </w:rPr>
      </w:pPr>
      <w:r w:rsidRPr="001B4C16">
        <w:rPr>
          <w:rFonts w:ascii="Avenir Medium" w:hAnsi="Avenir Medium"/>
          <w:color w:val="002654"/>
          <w:sz w:val="28"/>
          <w:szCs w:val="28"/>
        </w:rPr>
        <w:lastRenderedPageBreak/>
        <w:t xml:space="preserve">Section 1: Personal </w:t>
      </w:r>
      <w:r w:rsidR="00DE6D7B">
        <w:rPr>
          <w:rFonts w:ascii="Avenir Medium" w:hAnsi="Avenir Medium"/>
          <w:color w:val="002654"/>
          <w:sz w:val="28"/>
          <w:szCs w:val="28"/>
        </w:rPr>
        <w:t>d</w:t>
      </w:r>
      <w:r w:rsidRPr="001B4C16">
        <w:rPr>
          <w:rFonts w:ascii="Avenir Medium" w:hAnsi="Avenir Medium"/>
          <w:color w:val="002654"/>
          <w:sz w:val="28"/>
          <w:szCs w:val="28"/>
        </w:rPr>
        <w:t xml:space="preserve">etails </w:t>
      </w: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8358"/>
      </w:tblGrid>
      <w:tr w:rsidR="001B4C16" w14:paraId="6B6A3E0B" w14:textId="77777777" w:rsidTr="001B32DC">
        <w:trPr>
          <w:trHeight w:val="687"/>
        </w:trPr>
        <w:tc>
          <w:tcPr>
            <w:tcW w:w="2557" w:type="dxa"/>
            <w:tcBorders>
              <w:bottom w:val="single" w:sz="4" w:space="0" w:color="A6A6A6" w:themeColor="background1" w:themeShade="A6"/>
            </w:tcBorders>
            <w:vAlign w:val="center"/>
          </w:tcPr>
          <w:p w14:paraId="3346C295" w14:textId="4C7DFDB6" w:rsidR="001B4C16" w:rsidRPr="00287224" w:rsidRDefault="001B4C16" w:rsidP="0040104E">
            <w:pPr>
              <w:rPr>
                <w:rFonts w:ascii="Avenir" w:hAnsi="Avenir"/>
                <w:sz w:val="24"/>
                <w:szCs w:val="24"/>
              </w:rPr>
            </w:pPr>
            <w:r w:rsidRPr="00287224">
              <w:rPr>
                <w:rFonts w:ascii="Avenir" w:hAnsi="Avenir"/>
                <w:sz w:val="24"/>
                <w:szCs w:val="24"/>
              </w:rPr>
              <w:t>Name</w:t>
            </w:r>
          </w:p>
        </w:tc>
        <w:sdt>
          <w:sdtPr>
            <w:rPr>
              <w:rFonts w:ascii="Avenir" w:hAnsi="Avenir"/>
              <w:sz w:val="24"/>
              <w:szCs w:val="24"/>
            </w:rPr>
            <w:id w:val="-349801194"/>
            <w:placeholder>
              <w:docPart w:val="F94C9A178D1B4027A1E097BE318CA173"/>
            </w:placeholder>
            <w:showingPlcHdr/>
          </w:sdtPr>
          <w:sdtContent>
            <w:tc>
              <w:tcPr>
                <w:tcW w:w="8358" w:type="dxa"/>
                <w:tcBorders>
                  <w:bottom w:val="single" w:sz="4" w:space="0" w:color="A6A6A6" w:themeColor="background1" w:themeShade="A6"/>
                </w:tcBorders>
                <w:shd w:val="clear" w:color="auto" w:fill="F2F2F2" w:themeFill="background1" w:themeFillShade="F2"/>
                <w:vAlign w:val="center"/>
              </w:tcPr>
              <w:p w14:paraId="3CA39A7B" w14:textId="5F4729A4" w:rsidR="001B4C16" w:rsidRPr="001B4C16" w:rsidRDefault="001B32DC" w:rsidP="001B32DC">
                <w:pPr>
                  <w:rPr>
                    <w:rFonts w:ascii="Avenir" w:hAnsi="Avenir"/>
                    <w:sz w:val="24"/>
                    <w:szCs w:val="24"/>
                  </w:rPr>
                </w:pPr>
                <w:r w:rsidRPr="001B32DC">
                  <w:rPr>
                    <w:rStyle w:val="PlaceholderText"/>
                    <w:rFonts w:ascii="Avenir" w:hAnsi="Avenir"/>
                  </w:rPr>
                  <w:t>Click or tap here to enter your name</w:t>
                </w:r>
              </w:p>
            </w:tc>
          </w:sdtContent>
        </w:sdt>
      </w:tr>
      <w:tr w:rsidR="001B4C16" w14:paraId="0C70A99F" w14:textId="77777777" w:rsidTr="001B32DC">
        <w:trPr>
          <w:trHeight w:val="708"/>
        </w:trPr>
        <w:tc>
          <w:tcPr>
            <w:tcW w:w="2557" w:type="dxa"/>
            <w:tcBorders>
              <w:top w:val="single" w:sz="4" w:space="0" w:color="A6A6A6" w:themeColor="background1" w:themeShade="A6"/>
              <w:bottom w:val="single" w:sz="4" w:space="0" w:color="A6A6A6" w:themeColor="background1" w:themeShade="A6"/>
            </w:tcBorders>
            <w:vAlign w:val="center"/>
          </w:tcPr>
          <w:p w14:paraId="65DB1245" w14:textId="28FC038B" w:rsidR="001B4C16" w:rsidRPr="00287224" w:rsidRDefault="001B4C16" w:rsidP="0040104E">
            <w:pPr>
              <w:rPr>
                <w:rFonts w:ascii="Avenir" w:hAnsi="Avenir"/>
                <w:sz w:val="24"/>
                <w:szCs w:val="24"/>
              </w:rPr>
            </w:pPr>
            <w:r w:rsidRPr="00287224">
              <w:rPr>
                <w:rFonts w:ascii="Avenir" w:hAnsi="Avenir"/>
                <w:sz w:val="24"/>
                <w:szCs w:val="24"/>
              </w:rPr>
              <w:t xml:space="preserve">Employee </w:t>
            </w:r>
            <w:r w:rsidR="00577064">
              <w:rPr>
                <w:rFonts w:ascii="Avenir" w:hAnsi="Avenir"/>
                <w:sz w:val="24"/>
                <w:szCs w:val="24"/>
              </w:rPr>
              <w:t>n</w:t>
            </w:r>
            <w:r w:rsidRPr="00287224">
              <w:rPr>
                <w:rFonts w:ascii="Avenir" w:hAnsi="Avenir"/>
                <w:sz w:val="24"/>
                <w:szCs w:val="24"/>
              </w:rPr>
              <w:t>umber</w:t>
            </w:r>
          </w:p>
        </w:tc>
        <w:sdt>
          <w:sdtPr>
            <w:rPr>
              <w:rFonts w:ascii="Avenir" w:hAnsi="Avenir"/>
              <w:sz w:val="24"/>
              <w:szCs w:val="24"/>
            </w:rPr>
            <w:id w:val="1858082122"/>
            <w:placeholder>
              <w:docPart w:val="2C902243184843B38DE15FB4F2F98D2B"/>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2058DF06" w14:textId="57D13360" w:rsidR="001B4C16" w:rsidRPr="001B4C16" w:rsidRDefault="001B32DC" w:rsidP="001B32DC">
                <w:pPr>
                  <w:rPr>
                    <w:rFonts w:ascii="Avenir" w:hAnsi="Avenir"/>
                    <w:sz w:val="24"/>
                    <w:szCs w:val="24"/>
                  </w:rPr>
                </w:pPr>
                <w:r w:rsidRPr="001B32DC">
                  <w:rPr>
                    <w:rStyle w:val="PlaceholderText"/>
                    <w:rFonts w:ascii="Avenir" w:hAnsi="Avenir"/>
                  </w:rPr>
                  <w:t>Click or tap here to enter your employee number.</w:t>
                </w:r>
              </w:p>
            </w:tc>
          </w:sdtContent>
        </w:sdt>
      </w:tr>
      <w:tr w:rsidR="001B4C16" w14:paraId="47CDBDF6" w14:textId="77777777" w:rsidTr="001B32DC">
        <w:trPr>
          <w:trHeight w:val="702"/>
        </w:trPr>
        <w:tc>
          <w:tcPr>
            <w:tcW w:w="2557" w:type="dxa"/>
            <w:tcBorders>
              <w:top w:val="single" w:sz="4" w:space="0" w:color="A6A6A6" w:themeColor="background1" w:themeShade="A6"/>
              <w:bottom w:val="single" w:sz="4" w:space="0" w:color="A6A6A6" w:themeColor="background1" w:themeShade="A6"/>
            </w:tcBorders>
            <w:vAlign w:val="center"/>
          </w:tcPr>
          <w:p w14:paraId="5927F454" w14:textId="29763822" w:rsidR="001B4C16" w:rsidRPr="00287224" w:rsidRDefault="001B4C16" w:rsidP="0040104E">
            <w:pPr>
              <w:rPr>
                <w:rFonts w:ascii="Avenir" w:hAnsi="Avenir"/>
                <w:sz w:val="24"/>
                <w:szCs w:val="24"/>
              </w:rPr>
            </w:pPr>
            <w:r w:rsidRPr="00287224">
              <w:rPr>
                <w:rFonts w:ascii="Avenir" w:hAnsi="Avenir"/>
                <w:sz w:val="24"/>
                <w:szCs w:val="24"/>
              </w:rPr>
              <w:t>Location</w:t>
            </w:r>
          </w:p>
        </w:tc>
        <w:sdt>
          <w:sdtPr>
            <w:rPr>
              <w:rFonts w:ascii="Avenir" w:hAnsi="Avenir"/>
              <w:sz w:val="24"/>
              <w:szCs w:val="24"/>
            </w:rPr>
            <w:id w:val="-431753442"/>
            <w:placeholder>
              <w:docPart w:val="2EE750FC69224C01AED5EC604D57D903"/>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6CD523DD" w14:textId="3A92F9CE" w:rsidR="001B4C16" w:rsidRPr="001B4C16" w:rsidRDefault="001B32DC" w:rsidP="001B32DC">
                <w:pPr>
                  <w:rPr>
                    <w:rFonts w:ascii="Avenir" w:hAnsi="Avenir"/>
                    <w:sz w:val="24"/>
                    <w:szCs w:val="24"/>
                  </w:rPr>
                </w:pPr>
                <w:r w:rsidRPr="001B32DC">
                  <w:rPr>
                    <w:rStyle w:val="PlaceholderText"/>
                    <w:rFonts w:ascii="Avenir" w:hAnsi="Avenir"/>
                  </w:rPr>
                  <w:t>Click or tap here to enter your location.</w:t>
                </w:r>
              </w:p>
            </w:tc>
          </w:sdtContent>
        </w:sdt>
      </w:tr>
      <w:tr w:rsidR="001B4C16" w14:paraId="40AF1944" w14:textId="77777777" w:rsidTr="00DD299F">
        <w:trPr>
          <w:trHeight w:val="696"/>
        </w:trPr>
        <w:tc>
          <w:tcPr>
            <w:tcW w:w="2557" w:type="dxa"/>
            <w:tcBorders>
              <w:top w:val="single" w:sz="4" w:space="0" w:color="A6A6A6" w:themeColor="background1" w:themeShade="A6"/>
              <w:bottom w:val="single" w:sz="4" w:space="0" w:color="A6A6A6" w:themeColor="background1" w:themeShade="A6"/>
            </w:tcBorders>
            <w:vAlign w:val="center"/>
          </w:tcPr>
          <w:p w14:paraId="3AFD56C4" w14:textId="7E109C56" w:rsidR="001B4C16" w:rsidRPr="00287224" w:rsidRDefault="001B4C16" w:rsidP="0040104E">
            <w:pPr>
              <w:rPr>
                <w:rFonts w:ascii="Avenir" w:hAnsi="Avenir"/>
                <w:sz w:val="24"/>
                <w:szCs w:val="24"/>
              </w:rPr>
            </w:pPr>
            <w:r w:rsidRPr="00287224">
              <w:rPr>
                <w:rFonts w:ascii="Avenir" w:hAnsi="Avenir"/>
                <w:sz w:val="24"/>
                <w:szCs w:val="24"/>
              </w:rPr>
              <w:t>Department</w:t>
            </w:r>
          </w:p>
        </w:tc>
        <w:sdt>
          <w:sdtPr>
            <w:rPr>
              <w:rFonts w:ascii="Avenir" w:hAnsi="Avenir"/>
              <w:sz w:val="24"/>
              <w:szCs w:val="24"/>
            </w:rPr>
            <w:id w:val="210544874"/>
            <w:placeholder>
              <w:docPart w:val="060B6561AC5A40F49357F64E4B525821"/>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23F67339" w14:textId="7175E9E0" w:rsidR="001B4C16" w:rsidRPr="001B4C16" w:rsidRDefault="00DD299F" w:rsidP="00DD299F">
                <w:pPr>
                  <w:rPr>
                    <w:rFonts w:ascii="Avenir" w:hAnsi="Avenir"/>
                    <w:sz w:val="24"/>
                    <w:szCs w:val="24"/>
                  </w:rPr>
                </w:pPr>
                <w:r w:rsidRPr="00DD299F">
                  <w:rPr>
                    <w:rStyle w:val="PlaceholderText"/>
                    <w:rFonts w:ascii="Avenir" w:hAnsi="Avenir"/>
                  </w:rPr>
                  <w:t>Click or tap here to enter your department</w:t>
                </w:r>
              </w:p>
            </w:tc>
          </w:sdtContent>
        </w:sdt>
      </w:tr>
      <w:tr w:rsidR="001B4C16" w14:paraId="434603DC" w14:textId="77777777" w:rsidTr="00B22758">
        <w:trPr>
          <w:trHeight w:val="690"/>
        </w:trPr>
        <w:tc>
          <w:tcPr>
            <w:tcW w:w="2557" w:type="dxa"/>
            <w:tcBorders>
              <w:top w:val="single" w:sz="4" w:space="0" w:color="A6A6A6" w:themeColor="background1" w:themeShade="A6"/>
              <w:bottom w:val="single" w:sz="4" w:space="0" w:color="A6A6A6" w:themeColor="background1" w:themeShade="A6"/>
            </w:tcBorders>
            <w:vAlign w:val="center"/>
          </w:tcPr>
          <w:p w14:paraId="18690B17" w14:textId="69E143BB" w:rsidR="001B4C16" w:rsidRPr="00287224" w:rsidRDefault="001B4C16" w:rsidP="0040104E">
            <w:pPr>
              <w:rPr>
                <w:rFonts w:ascii="Avenir" w:hAnsi="Avenir"/>
                <w:sz w:val="24"/>
                <w:szCs w:val="24"/>
              </w:rPr>
            </w:pPr>
            <w:r w:rsidRPr="00287224">
              <w:rPr>
                <w:rFonts w:ascii="Avenir" w:hAnsi="Avenir"/>
                <w:sz w:val="24"/>
                <w:szCs w:val="24"/>
              </w:rPr>
              <w:t xml:space="preserve">Job </w:t>
            </w:r>
            <w:r w:rsidR="00577064">
              <w:rPr>
                <w:rFonts w:ascii="Avenir" w:hAnsi="Avenir"/>
                <w:sz w:val="24"/>
                <w:szCs w:val="24"/>
              </w:rPr>
              <w:t>t</w:t>
            </w:r>
            <w:r w:rsidRPr="00287224">
              <w:rPr>
                <w:rFonts w:ascii="Avenir" w:hAnsi="Avenir"/>
                <w:sz w:val="24"/>
                <w:szCs w:val="24"/>
              </w:rPr>
              <w:t>itle</w:t>
            </w:r>
          </w:p>
        </w:tc>
        <w:sdt>
          <w:sdtPr>
            <w:rPr>
              <w:rFonts w:ascii="Avenir" w:hAnsi="Avenir"/>
              <w:sz w:val="24"/>
              <w:szCs w:val="24"/>
            </w:rPr>
            <w:id w:val="-1018467600"/>
            <w:placeholder>
              <w:docPart w:val="6CBFB4A40898464884D636279C01F51D"/>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10DB2C7A" w14:textId="04F1F45D" w:rsidR="001B4C16" w:rsidRPr="00B22758" w:rsidRDefault="00DD299F" w:rsidP="00B22758">
                <w:pPr>
                  <w:rPr>
                    <w:rFonts w:ascii="Avenir" w:hAnsi="Avenir"/>
                    <w:sz w:val="24"/>
                    <w:szCs w:val="24"/>
                  </w:rPr>
                </w:pPr>
                <w:r w:rsidRPr="00B22758">
                  <w:rPr>
                    <w:rStyle w:val="PlaceholderText"/>
                    <w:rFonts w:ascii="Avenir" w:hAnsi="Avenir"/>
                  </w:rPr>
                  <w:t>Click or tap here to enter your job title</w:t>
                </w:r>
              </w:p>
            </w:tc>
          </w:sdtContent>
        </w:sdt>
      </w:tr>
      <w:tr w:rsidR="001B4C16" w14:paraId="3044E362" w14:textId="77777777" w:rsidTr="00B22758">
        <w:trPr>
          <w:trHeight w:val="712"/>
        </w:trPr>
        <w:tc>
          <w:tcPr>
            <w:tcW w:w="2557" w:type="dxa"/>
            <w:tcBorders>
              <w:top w:val="single" w:sz="4" w:space="0" w:color="A6A6A6" w:themeColor="background1" w:themeShade="A6"/>
              <w:bottom w:val="single" w:sz="4" w:space="0" w:color="A6A6A6" w:themeColor="background1" w:themeShade="A6"/>
            </w:tcBorders>
            <w:vAlign w:val="center"/>
          </w:tcPr>
          <w:p w14:paraId="700EE9F5" w14:textId="7960855B" w:rsidR="001B4C16" w:rsidRPr="00287224" w:rsidRDefault="001B4C16" w:rsidP="0040104E">
            <w:pPr>
              <w:rPr>
                <w:rFonts w:ascii="Avenir" w:hAnsi="Avenir"/>
                <w:sz w:val="24"/>
                <w:szCs w:val="24"/>
              </w:rPr>
            </w:pPr>
            <w:r w:rsidRPr="00287224">
              <w:rPr>
                <w:rFonts w:ascii="Avenir" w:hAnsi="Avenir"/>
                <w:sz w:val="24"/>
                <w:szCs w:val="24"/>
              </w:rPr>
              <w:t xml:space="preserve">Contact </w:t>
            </w:r>
            <w:r w:rsidR="00577064">
              <w:rPr>
                <w:rFonts w:ascii="Avenir" w:hAnsi="Avenir"/>
                <w:sz w:val="24"/>
                <w:szCs w:val="24"/>
              </w:rPr>
              <w:t>n</w:t>
            </w:r>
            <w:r w:rsidRPr="00287224">
              <w:rPr>
                <w:rFonts w:ascii="Avenir" w:hAnsi="Avenir"/>
                <w:sz w:val="24"/>
                <w:szCs w:val="24"/>
              </w:rPr>
              <w:t>umber</w:t>
            </w:r>
          </w:p>
        </w:tc>
        <w:sdt>
          <w:sdtPr>
            <w:rPr>
              <w:rFonts w:ascii="Avenir" w:hAnsi="Avenir"/>
              <w:sz w:val="24"/>
              <w:szCs w:val="24"/>
            </w:rPr>
            <w:id w:val="1311822869"/>
            <w:placeholder>
              <w:docPart w:val="429E7112D95540718B69F06DDFF6FE55"/>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07325072" w14:textId="2D01E37E" w:rsidR="001B4C16" w:rsidRPr="00B22758" w:rsidRDefault="00B22758" w:rsidP="00B22758">
                <w:pPr>
                  <w:rPr>
                    <w:rFonts w:ascii="Avenir" w:hAnsi="Avenir"/>
                    <w:sz w:val="24"/>
                    <w:szCs w:val="24"/>
                  </w:rPr>
                </w:pPr>
                <w:r w:rsidRPr="00B22758">
                  <w:rPr>
                    <w:rStyle w:val="PlaceholderText"/>
                    <w:rFonts w:ascii="Avenir" w:hAnsi="Avenir"/>
                  </w:rPr>
                  <w:t>Click or tap here to enter your contact number</w:t>
                </w:r>
              </w:p>
            </w:tc>
          </w:sdtContent>
        </w:sdt>
      </w:tr>
      <w:tr w:rsidR="0040104E" w14:paraId="261FC7B0" w14:textId="77777777" w:rsidTr="00B22758">
        <w:trPr>
          <w:trHeight w:val="692"/>
        </w:trPr>
        <w:tc>
          <w:tcPr>
            <w:tcW w:w="2557" w:type="dxa"/>
            <w:tcBorders>
              <w:top w:val="single" w:sz="4" w:space="0" w:color="A6A6A6" w:themeColor="background1" w:themeShade="A6"/>
              <w:bottom w:val="single" w:sz="4" w:space="0" w:color="A6A6A6" w:themeColor="background1" w:themeShade="A6"/>
            </w:tcBorders>
            <w:vAlign w:val="center"/>
          </w:tcPr>
          <w:p w14:paraId="61E7905B" w14:textId="2F20F759" w:rsidR="0040104E" w:rsidRPr="00287224" w:rsidRDefault="0040104E" w:rsidP="0040104E">
            <w:pPr>
              <w:rPr>
                <w:rFonts w:ascii="Avenir" w:hAnsi="Avenir"/>
                <w:sz w:val="24"/>
                <w:szCs w:val="24"/>
              </w:rPr>
            </w:pPr>
            <w:r w:rsidRPr="00287224">
              <w:rPr>
                <w:rFonts w:ascii="Avenir" w:hAnsi="Avenir"/>
                <w:sz w:val="24"/>
                <w:szCs w:val="24"/>
              </w:rPr>
              <w:t xml:space="preserve">Contact </w:t>
            </w:r>
            <w:r w:rsidR="00577064">
              <w:rPr>
                <w:rFonts w:ascii="Avenir" w:hAnsi="Avenir"/>
                <w:sz w:val="24"/>
                <w:szCs w:val="24"/>
              </w:rPr>
              <w:t>e</w:t>
            </w:r>
            <w:r w:rsidRPr="00287224">
              <w:rPr>
                <w:rFonts w:ascii="Avenir" w:hAnsi="Avenir"/>
                <w:sz w:val="24"/>
                <w:szCs w:val="24"/>
              </w:rPr>
              <w:t>mail</w:t>
            </w:r>
          </w:p>
        </w:tc>
        <w:sdt>
          <w:sdtPr>
            <w:rPr>
              <w:rFonts w:ascii="Avenir" w:hAnsi="Avenir"/>
              <w:sz w:val="24"/>
              <w:szCs w:val="24"/>
            </w:rPr>
            <w:id w:val="1341585167"/>
            <w:placeholder>
              <w:docPart w:val="3B169F6DFA2E4EB382284E981C4AF057"/>
            </w:placeholder>
            <w:showingPlcHdr/>
          </w:sdtPr>
          <w:sdtContent>
            <w:tc>
              <w:tcPr>
                <w:tcW w:w="8358"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0B99CB7A" w14:textId="0A69FCD1" w:rsidR="0040104E" w:rsidRPr="00B22758" w:rsidRDefault="00B22758" w:rsidP="00B22758">
                <w:pPr>
                  <w:rPr>
                    <w:rFonts w:ascii="Avenir" w:hAnsi="Avenir"/>
                    <w:sz w:val="24"/>
                    <w:szCs w:val="24"/>
                  </w:rPr>
                </w:pPr>
                <w:r w:rsidRPr="00B22758">
                  <w:rPr>
                    <w:rStyle w:val="PlaceholderText"/>
                    <w:rFonts w:ascii="Avenir" w:hAnsi="Avenir"/>
                  </w:rPr>
                  <w:t>Click or tap here to enter your email address</w:t>
                </w:r>
              </w:p>
            </w:tc>
          </w:sdtContent>
        </w:sdt>
      </w:tr>
    </w:tbl>
    <w:p w14:paraId="345E89B4" w14:textId="77777777" w:rsidR="001B4C16" w:rsidRDefault="001B4C16">
      <w:pPr>
        <w:rPr>
          <w:rFonts w:ascii="Avenir Medium" w:hAnsi="Avenir Medium"/>
          <w:color w:val="002654"/>
          <w:sz w:val="28"/>
          <w:szCs w:val="28"/>
        </w:rPr>
      </w:pPr>
    </w:p>
    <w:p w14:paraId="6526BCD9" w14:textId="41B91F54" w:rsidR="00287224" w:rsidRDefault="00287224" w:rsidP="00287224">
      <w:pPr>
        <w:spacing w:after="0"/>
        <w:rPr>
          <w:rFonts w:ascii="Avenir Medium" w:hAnsi="Avenir Medium"/>
          <w:color w:val="002654"/>
          <w:sz w:val="28"/>
          <w:szCs w:val="28"/>
        </w:rPr>
      </w:pPr>
      <w:r>
        <w:rPr>
          <w:rFonts w:ascii="Avenir Medium" w:hAnsi="Avenir Medium"/>
          <w:color w:val="002654"/>
          <w:sz w:val="28"/>
          <w:szCs w:val="28"/>
        </w:rPr>
        <w:t xml:space="preserve">Section 2: Your </w:t>
      </w:r>
      <w:r w:rsidR="00DE6D7B">
        <w:rPr>
          <w:rFonts w:ascii="Avenir Medium" w:hAnsi="Avenir Medium"/>
          <w:color w:val="002654"/>
          <w:sz w:val="28"/>
          <w:szCs w:val="28"/>
        </w:rPr>
        <w:t>g</w:t>
      </w:r>
      <w:r>
        <w:rPr>
          <w:rFonts w:ascii="Avenir Medium" w:hAnsi="Avenir Medium"/>
          <w:color w:val="002654"/>
          <w:sz w:val="28"/>
          <w:szCs w:val="28"/>
        </w:rPr>
        <w:t>rievance</w:t>
      </w:r>
    </w:p>
    <w:p w14:paraId="576CF038" w14:textId="09488663" w:rsidR="00287224" w:rsidRDefault="00287224" w:rsidP="00287224">
      <w:pPr>
        <w:spacing w:after="0"/>
        <w:rPr>
          <w:rFonts w:ascii="Avenir" w:hAnsi="Avenir"/>
        </w:rPr>
      </w:pPr>
      <w:r w:rsidRPr="00287224">
        <w:rPr>
          <w:rFonts w:ascii="Avenir" w:hAnsi="Avenir"/>
        </w:rPr>
        <w:t>Please provide a concise and specific description of your grievance.</w:t>
      </w:r>
    </w:p>
    <w:p w14:paraId="73B894CA" w14:textId="77777777" w:rsidR="00287224" w:rsidRDefault="00287224" w:rsidP="00287224">
      <w:pPr>
        <w:spacing w:after="0"/>
        <w:rPr>
          <w:rFonts w:ascii="Avenir" w:hAnsi="Avenir"/>
        </w:rPr>
      </w:pP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5"/>
        <w:gridCol w:w="6940"/>
      </w:tblGrid>
      <w:tr w:rsidR="00287224" w:rsidRPr="001B4C16" w14:paraId="3B9AABF5" w14:textId="77777777" w:rsidTr="00B22758">
        <w:trPr>
          <w:trHeight w:val="2344"/>
        </w:trPr>
        <w:tc>
          <w:tcPr>
            <w:tcW w:w="3975" w:type="dxa"/>
            <w:tcBorders>
              <w:bottom w:val="single" w:sz="4" w:space="0" w:color="A6A6A6" w:themeColor="background1" w:themeShade="A6"/>
            </w:tcBorders>
            <w:vAlign w:val="center"/>
          </w:tcPr>
          <w:p w14:paraId="1A861E43" w14:textId="77777777" w:rsidR="00287224" w:rsidRPr="00287224" w:rsidRDefault="00287224" w:rsidP="00287224">
            <w:pPr>
              <w:rPr>
                <w:rFonts w:ascii="Avenir" w:hAnsi="Avenir"/>
                <w:sz w:val="24"/>
                <w:szCs w:val="24"/>
              </w:rPr>
            </w:pPr>
            <w:r w:rsidRPr="00287224">
              <w:rPr>
                <w:rFonts w:ascii="Avenir" w:hAnsi="Avenir"/>
                <w:sz w:val="24"/>
                <w:szCs w:val="24"/>
              </w:rPr>
              <w:t>When did the issue/incident first occur?(dd/mm/yyyy)</w:t>
            </w:r>
          </w:p>
          <w:p w14:paraId="1B7C72AE" w14:textId="2643A4CB" w:rsidR="00287224" w:rsidRPr="00287224" w:rsidRDefault="00287224" w:rsidP="00287224">
            <w:pPr>
              <w:rPr>
                <w:rFonts w:ascii="Avenir" w:hAnsi="Avenir"/>
                <w:sz w:val="24"/>
                <w:szCs w:val="24"/>
              </w:rPr>
            </w:pPr>
            <w:r w:rsidRPr="00287224">
              <w:rPr>
                <w:rFonts w:ascii="Avenir" w:hAnsi="Avenir"/>
                <w:sz w:val="24"/>
                <w:szCs w:val="24"/>
              </w:rPr>
              <w:br/>
              <w:t>If the matter relates to series of events, please provide all dates.</w:t>
            </w:r>
          </w:p>
        </w:tc>
        <w:sdt>
          <w:sdtPr>
            <w:rPr>
              <w:rFonts w:ascii="Avenir" w:hAnsi="Avenir"/>
              <w:sz w:val="24"/>
              <w:szCs w:val="24"/>
            </w:rPr>
            <w:id w:val="-15083882"/>
            <w:placeholder>
              <w:docPart w:val="E1F67B0BFBF248039D6D6C3E12D6FCC2"/>
            </w:placeholder>
            <w:showingPlcHdr/>
          </w:sdtPr>
          <w:sdtContent>
            <w:tc>
              <w:tcPr>
                <w:tcW w:w="6940" w:type="dxa"/>
                <w:tcBorders>
                  <w:bottom w:val="single" w:sz="4" w:space="0" w:color="A6A6A6" w:themeColor="background1" w:themeShade="A6"/>
                </w:tcBorders>
                <w:shd w:val="clear" w:color="auto" w:fill="F2F2F2" w:themeFill="background1" w:themeFillShade="F2"/>
                <w:vAlign w:val="center"/>
              </w:tcPr>
              <w:p w14:paraId="10482AB2" w14:textId="53A73329" w:rsidR="00287224" w:rsidRPr="001B4C16" w:rsidRDefault="00B22758" w:rsidP="00B22758">
                <w:pPr>
                  <w:rPr>
                    <w:rFonts w:ascii="Avenir" w:hAnsi="Avenir"/>
                    <w:sz w:val="24"/>
                    <w:szCs w:val="24"/>
                  </w:rPr>
                </w:pPr>
                <w:r w:rsidRPr="00B22758">
                  <w:rPr>
                    <w:rStyle w:val="PlaceholderText"/>
                    <w:rFonts w:ascii="Avenir" w:hAnsi="Avenir"/>
                  </w:rPr>
                  <w:t>Click or tap here to enter text.</w:t>
                </w:r>
              </w:p>
            </w:tc>
          </w:sdtContent>
        </w:sdt>
      </w:tr>
      <w:tr w:rsidR="00287224" w:rsidRPr="001B4C16" w14:paraId="529790DD" w14:textId="77777777" w:rsidTr="00B22758">
        <w:trPr>
          <w:trHeight w:val="708"/>
        </w:trPr>
        <w:tc>
          <w:tcPr>
            <w:tcW w:w="3975" w:type="dxa"/>
            <w:tcBorders>
              <w:top w:val="single" w:sz="4" w:space="0" w:color="A6A6A6" w:themeColor="background1" w:themeShade="A6"/>
              <w:bottom w:val="single" w:sz="4" w:space="0" w:color="A6A6A6" w:themeColor="background1" w:themeShade="A6"/>
            </w:tcBorders>
            <w:vAlign w:val="center"/>
          </w:tcPr>
          <w:p w14:paraId="37C39FCF" w14:textId="5042DEEF" w:rsidR="00287224" w:rsidRPr="00287224" w:rsidRDefault="00287224" w:rsidP="00BE4D8C">
            <w:pPr>
              <w:rPr>
                <w:rFonts w:ascii="Avenir" w:hAnsi="Avenir"/>
                <w:sz w:val="24"/>
                <w:szCs w:val="24"/>
              </w:rPr>
            </w:pPr>
            <w:r w:rsidRPr="00287224">
              <w:rPr>
                <w:rFonts w:ascii="Avenir" w:hAnsi="Avenir"/>
                <w:sz w:val="24"/>
                <w:szCs w:val="24"/>
              </w:rPr>
              <w:t>Who is the complaint about?</w:t>
            </w:r>
          </w:p>
        </w:tc>
        <w:sdt>
          <w:sdtPr>
            <w:rPr>
              <w:rFonts w:ascii="Avenir" w:hAnsi="Avenir"/>
              <w:sz w:val="24"/>
              <w:szCs w:val="24"/>
            </w:rPr>
            <w:id w:val="70475748"/>
            <w:placeholder>
              <w:docPart w:val="0CB6EFAE980744CDB04845F4B262446A"/>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66D69ED0" w14:textId="7EA1F4D1" w:rsidR="00287224" w:rsidRPr="00B22758" w:rsidRDefault="00B22758" w:rsidP="00B22758">
                <w:pPr>
                  <w:rPr>
                    <w:rFonts w:ascii="Avenir" w:hAnsi="Avenir"/>
                    <w:sz w:val="24"/>
                    <w:szCs w:val="24"/>
                  </w:rPr>
                </w:pPr>
                <w:r w:rsidRPr="00B22758">
                  <w:rPr>
                    <w:rStyle w:val="PlaceholderText"/>
                    <w:rFonts w:ascii="Avenir" w:hAnsi="Avenir"/>
                  </w:rPr>
                  <w:t>Click or tap here to enter text.</w:t>
                </w:r>
              </w:p>
            </w:tc>
          </w:sdtContent>
        </w:sdt>
      </w:tr>
      <w:tr w:rsidR="00287224" w:rsidRPr="001B4C16" w14:paraId="09FC7200" w14:textId="77777777" w:rsidTr="00B22758">
        <w:trPr>
          <w:trHeight w:val="827"/>
        </w:trPr>
        <w:tc>
          <w:tcPr>
            <w:tcW w:w="3975" w:type="dxa"/>
            <w:tcBorders>
              <w:top w:val="single" w:sz="4" w:space="0" w:color="A6A6A6" w:themeColor="background1" w:themeShade="A6"/>
              <w:bottom w:val="single" w:sz="4" w:space="0" w:color="A6A6A6" w:themeColor="background1" w:themeShade="A6"/>
            </w:tcBorders>
            <w:vAlign w:val="center"/>
          </w:tcPr>
          <w:p w14:paraId="1B9D5F6E" w14:textId="6E2A2CA4" w:rsidR="00287224" w:rsidRPr="00287224" w:rsidRDefault="00287224" w:rsidP="00BE4D8C">
            <w:pPr>
              <w:rPr>
                <w:rFonts w:ascii="Avenir" w:hAnsi="Avenir"/>
                <w:sz w:val="24"/>
                <w:szCs w:val="24"/>
              </w:rPr>
            </w:pPr>
            <w:r w:rsidRPr="00287224">
              <w:rPr>
                <w:rFonts w:ascii="Avenir" w:hAnsi="Avenir"/>
                <w:sz w:val="24"/>
                <w:szCs w:val="24"/>
              </w:rPr>
              <w:t>What is your working relationship with this person?</w:t>
            </w:r>
          </w:p>
        </w:tc>
        <w:sdt>
          <w:sdtPr>
            <w:rPr>
              <w:rFonts w:ascii="Avenir" w:hAnsi="Avenir"/>
              <w:sz w:val="24"/>
              <w:szCs w:val="24"/>
            </w:rPr>
            <w:id w:val="1504167211"/>
            <w:placeholder>
              <w:docPart w:val="B0664A022348476080CF43DBAB9445EE"/>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7F62BD13" w14:textId="2C4872CA" w:rsidR="00287224" w:rsidRPr="001B4C16" w:rsidRDefault="00B22758" w:rsidP="00B22758">
                <w:pPr>
                  <w:rPr>
                    <w:rFonts w:ascii="Avenir" w:hAnsi="Avenir"/>
                    <w:sz w:val="24"/>
                    <w:szCs w:val="24"/>
                  </w:rPr>
                </w:pPr>
                <w:r w:rsidRPr="00B22758">
                  <w:rPr>
                    <w:rStyle w:val="PlaceholderText"/>
                    <w:rFonts w:ascii="Avenir" w:hAnsi="Avenir"/>
                  </w:rPr>
                  <w:t>Click or tap here to enter text.</w:t>
                </w:r>
              </w:p>
            </w:tc>
          </w:sdtContent>
        </w:sdt>
      </w:tr>
      <w:tr w:rsidR="00287224" w:rsidRPr="001B4C16" w14:paraId="08EA8289" w14:textId="77777777" w:rsidTr="00B22758">
        <w:trPr>
          <w:trHeight w:val="1704"/>
        </w:trPr>
        <w:tc>
          <w:tcPr>
            <w:tcW w:w="3975" w:type="dxa"/>
            <w:tcBorders>
              <w:top w:val="single" w:sz="4" w:space="0" w:color="A6A6A6" w:themeColor="background1" w:themeShade="A6"/>
              <w:bottom w:val="single" w:sz="4" w:space="0" w:color="A6A6A6" w:themeColor="background1" w:themeShade="A6"/>
            </w:tcBorders>
            <w:vAlign w:val="center"/>
          </w:tcPr>
          <w:p w14:paraId="34AE1349" w14:textId="3ED2E50C" w:rsidR="00287224" w:rsidRPr="00287224" w:rsidRDefault="00287224" w:rsidP="00BE4D8C">
            <w:pPr>
              <w:rPr>
                <w:rFonts w:ascii="Avenir" w:hAnsi="Avenir"/>
                <w:sz w:val="24"/>
                <w:szCs w:val="24"/>
              </w:rPr>
            </w:pPr>
            <w:r w:rsidRPr="00287224">
              <w:rPr>
                <w:rFonts w:ascii="Avenir" w:hAnsi="Avenir"/>
                <w:sz w:val="24"/>
                <w:szCs w:val="24"/>
              </w:rPr>
              <w:t>Please concisely describe your grievance.</w:t>
            </w:r>
          </w:p>
        </w:tc>
        <w:sdt>
          <w:sdtPr>
            <w:rPr>
              <w:rFonts w:ascii="Avenir" w:hAnsi="Avenir"/>
              <w:sz w:val="24"/>
              <w:szCs w:val="24"/>
            </w:rPr>
            <w:id w:val="1014877334"/>
            <w:placeholder>
              <w:docPart w:val="8E73EAAB6B3F49C3973F4E98C019EB47"/>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1526B495" w14:textId="7669B472" w:rsidR="00287224" w:rsidRPr="00B22758" w:rsidRDefault="00B22758" w:rsidP="00B22758">
                <w:pPr>
                  <w:rPr>
                    <w:rFonts w:ascii="Avenir" w:hAnsi="Avenir"/>
                    <w:sz w:val="24"/>
                    <w:szCs w:val="24"/>
                  </w:rPr>
                </w:pPr>
                <w:r w:rsidRPr="00B22758">
                  <w:rPr>
                    <w:rStyle w:val="PlaceholderText"/>
                    <w:rFonts w:ascii="Avenir" w:hAnsi="Avenir"/>
                  </w:rPr>
                  <w:t>Click or tap here to enter text.</w:t>
                </w:r>
              </w:p>
            </w:tc>
          </w:sdtContent>
        </w:sdt>
      </w:tr>
      <w:tr w:rsidR="00287224" w:rsidRPr="001B4C16" w14:paraId="0CCB4BAD" w14:textId="77777777" w:rsidTr="00CC6E9D">
        <w:trPr>
          <w:trHeight w:val="848"/>
        </w:trPr>
        <w:tc>
          <w:tcPr>
            <w:tcW w:w="3975" w:type="dxa"/>
            <w:tcBorders>
              <w:top w:val="single" w:sz="4" w:space="0" w:color="A6A6A6" w:themeColor="background1" w:themeShade="A6"/>
              <w:bottom w:val="single" w:sz="4" w:space="0" w:color="A6A6A6" w:themeColor="background1" w:themeShade="A6"/>
            </w:tcBorders>
            <w:vAlign w:val="center"/>
          </w:tcPr>
          <w:p w14:paraId="279E8369" w14:textId="326FCCD7" w:rsidR="00287224" w:rsidRPr="00287224" w:rsidRDefault="00287224" w:rsidP="00BE4D8C">
            <w:pPr>
              <w:rPr>
                <w:rFonts w:ascii="Avenir" w:hAnsi="Avenir"/>
                <w:sz w:val="24"/>
                <w:szCs w:val="24"/>
              </w:rPr>
            </w:pPr>
            <w:r w:rsidRPr="00287224">
              <w:rPr>
                <w:rFonts w:ascii="Avenir" w:hAnsi="Avenir"/>
                <w:sz w:val="24"/>
                <w:szCs w:val="24"/>
              </w:rPr>
              <w:lastRenderedPageBreak/>
              <w:t>Do you believe this grievance relates to the conduct of others?</w:t>
            </w:r>
          </w:p>
        </w:tc>
        <w:tc>
          <w:tcPr>
            <w:tcW w:w="6940" w:type="dxa"/>
            <w:tcBorders>
              <w:top w:val="single" w:sz="4" w:space="0" w:color="A6A6A6" w:themeColor="background1" w:themeShade="A6"/>
              <w:bottom w:val="single" w:sz="4" w:space="0" w:color="A6A6A6" w:themeColor="background1" w:themeShade="A6"/>
            </w:tcBorders>
            <w:vAlign w:val="center"/>
          </w:tcPr>
          <w:p w14:paraId="07240B1F" w14:textId="0A9A99D2" w:rsidR="00287224" w:rsidRPr="001B4C16" w:rsidRDefault="00CC6E9D" w:rsidP="00CC6E9D">
            <w:pPr>
              <w:tabs>
                <w:tab w:val="left" w:pos="2700"/>
              </w:tabs>
              <w:jc w:val="center"/>
              <w:rPr>
                <w:rFonts w:ascii="Avenir" w:hAnsi="Avenir"/>
                <w:sz w:val="24"/>
                <w:szCs w:val="24"/>
              </w:rPr>
            </w:pPr>
            <w:r>
              <w:rPr>
                <w:rFonts w:ascii="Avenir" w:hAnsi="Avenir"/>
                <w:sz w:val="24"/>
                <w:szCs w:val="24"/>
              </w:rPr>
              <w:t xml:space="preserve">Yes </w:t>
            </w:r>
            <w:sdt>
              <w:sdtPr>
                <w:rPr>
                  <w:rFonts w:ascii="Avenir" w:hAnsi="Avenir"/>
                  <w:sz w:val="24"/>
                  <w:szCs w:val="24"/>
                </w:rPr>
                <w:alias w:val="Yes"/>
                <w:tag w:val="Yes"/>
                <w:id w:val="-2008740478"/>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00022530">
              <w:rPr>
                <w:rFonts w:ascii="Avenir" w:hAnsi="Avenir"/>
                <w:sz w:val="24"/>
                <w:szCs w:val="24"/>
              </w:rPr>
              <w:t xml:space="preserve">                                </w:t>
            </w:r>
            <w:r>
              <w:rPr>
                <w:rFonts w:ascii="Avenir" w:hAnsi="Avenir"/>
                <w:sz w:val="24"/>
                <w:szCs w:val="24"/>
              </w:rPr>
              <w:t xml:space="preserve">No </w:t>
            </w:r>
            <w:sdt>
              <w:sdtPr>
                <w:rPr>
                  <w:rFonts w:ascii="Avenir" w:hAnsi="Avenir"/>
                  <w:sz w:val="24"/>
                  <w:szCs w:val="24"/>
                </w:rPr>
                <w:alias w:val="No"/>
                <w:tag w:val="No"/>
                <w:id w:val="209084684"/>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r>
      <w:tr w:rsidR="00287224" w:rsidRPr="001B4C16" w14:paraId="0C7A29A6" w14:textId="77777777" w:rsidTr="00CC6E9D">
        <w:trPr>
          <w:trHeight w:val="1696"/>
        </w:trPr>
        <w:tc>
          <w:tcPr>
            <w:tcW w:w="3975" w:type="dxa"/>
            <w:tcBorders>
              <w:top w:val="single" w:sz="4" w:space="0" w:color="A6A6A6" w:themeColor="background1" w:themeShade="A6"/>
              <w:bottom w:val="single" w:sz="4" w:space="0" w:color="A6A6A6" w:themeColor="background1" w:themeShade="A6"/>
            </w:tcBorders>
            <w:vAlign w:val="center"/>
          </w:tcPr>
          <w:p w14:paraId="6E22F427" w14:textId="6D655F7C" w:rsidR="00287224" w:rsidRPr="00287224" w:rsidRDefault="00287224" w:rsidP="00BE4D8C">
            <w:pPr>
              <w:rPr>
                <w:rFonts w:ascii="Avenir" w:hAnsi="Avenir"/>
                <w:sz w:val="24"/>
                <w:szCs w:val="24"/>
              </w:rPr>
            </w:pPr>
            <w:r w:rsidRPr="00287224">
              <w:rPr>
                <w:rFonts w:ascii="Avenir" w:hAnsi="Avenir"/>
                <w:sz w:val="24"/>
                <w:szCs w:val="24"/>
              </w:rPr>
              <w:t>Do you believe this grievance relates to a breach in company policy, procedure or terms of conditions of employment?</w:t>
            </w:r>
          </w:p>
        </w:tc>
        <w:tc>
          <w:tcPr>
            <w:tcW w:w="6940" w:type="dxa"/>
            <w:tcBorders>
              <w:top w:val="single" w:sz="4" w:space="0" w:color="A6A6A6" w:themeColor="background1" w:themeShade="A6"/>
              <w:bottom w:val="single" w:sz="4" w:space="0" w:color="A6A6A6" w:themeColor="background1" w:themeShade="A6"/>
            </w:tcBorders>
            <w:vAlign w:val="center"/>
          </w:tcPr>
          <w:p w14:paraId="4DFD60DF" w14:textId="1E7C8352" w:rsidR="00287224" w:rsidRPr="001B4C16" w:rsidRDefault="00CC6E9D" w:rsidP="00CC6E9D">
            <w:pPr>
              <w:jc w:val="center"/>
              <w:rPr>
                <w:rFonts w:ascii="Avenir" w:hAnsi="Avenir"/>
                <w:sz w:val="24"/>
                <w:szCs w:val="24"/>
              </w:rPr>
            </w:pPr>
            <w:r>
              <w:rPr>
                <w:rFonts w:ascii="Avenir" w:hAnsi="Avenir"/>
                <w:sz w:val="24"/>
                <w:szCs w:val="24"/>
              </w:rPr>
              <w:t xml:space="preserve">Yes </w:t>
            </w:r>
            <w:sdt>
              <w:sdtPr>
                <w:rPr>
                  <w:rFonts w:ascii="Avenir" w:hAnsi="Avenir"/>
                  <w:sz w:val="24"/>
                  <w:szCs w:val="24"/>
                </w:rPr>
                <w:alias w:val="Yes"/>
                <w:tag w:val="Yes"/>
                <w:id w:val="-1849246428"/>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Avenir" w:hAnsi="Avenir"/>
                <w:sz w:val="24"/>
                <w:szCs w:val="24"/>
              </w:rPr>
              <w:tab/>
              <w:t xml:space="preserve">                              No </w:t>
            </w:r>
            <w:sdt>
              <w:sdtPr>
                <w:rPr>
                  <w:rFonts w:ascii="Avenir" w:hAnsi="Avenir"/>
                  <w:sz w:val="24"/>
                  <w:szCs w:val="24"/>
                </w:rPr>
                <w:alias w:val="No"/>
                <w:tag w:val="No"/>
                <w:id w:val="1935938661"/>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r>
      <w:tr w:rsidR="00287224" w:rsidRPr="001B4C16" w14:paraId="6C1C50D5" w14:textId="77777777" w:rsidTr="00CC6E9D">
        <w:trPr>
          <w:trHeight w:val="1253"/>
        </w:trPr>
        <w:tc>
          <w:tcPr>
            <w:tcW w:w="3975" w:type="dxa"/>
            <w:tcBorders>
              <w:top w:val="single" w:sz="4" w:space="0" w:color="A6A6A6" w:themeColor="background1" w:themeShade="A6"/>
              <w:bottom w:val="single" w:sz="4" w:space="0" w:color="A6A6A6" w:themeColor="background1" w:themeShade="A6"/>
            </w:tcBorders>
            <w:vAlign w:val="center"/>
          </w:tcPr>
          <w:p w14:paraId="459C8897" w14:textId="0C61BEFD" w:rsidR="00287224" w:rsidRPr="00287224" w:rsidRDefault="00287224" w:rsidP="00BE4D8C">
            <w:pPr>
              <w:rPr>
                <w:rFonts w:ascii="Avenir" w:hAnsi="Avenir"/>
                <w:sz w:val="24"/>
                <w:szCs w:val="24"/>
              </w:rPr>
            </w:pPr>
            <w:r w:rsidRPr="00287224">
              <w:rPr>
                <w:rFonts w:ascii="Avenir" w:hAnsi="Avenir"/>
                <w:sz w:val="24"/>
                <w:szCs w:val="24"/>
              </w:rPr>
              <w:t>If so, please confirm the policy, procedure or contractual terms affected.</w:t>
            </w:r>
          </w:p>
        </w:tc>
        <w:sdt>
          <w:sdtPr>
            <w:rPr>
              <w:rFonts w:ascii="Avenir" w:hAnsi="Avenir"/>
              <w:sz w:val="24"/>
              <w:szCs w:val="24"/>
            </w:rPr>
            <w:id w:val="607546700"/>
            <w:placeholder>
              <w:docPart w:val="DefaultPlaceholder_-1854013440"/>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2130E70B" w14:textId="2B0464AC" w:rsidR="00287224" w:rsidRPr="00CC6E9D" w:rsidRDefault="00CC6E9D" w:rsidP="00CC6E9D">
                <w:pPr>
                  <w:rPr>
                    <w:rFonts w:ascii="Avenir" w:hAnsi="Avenir"/>
                    <w:sz w:val="24"/>
                    <w:szCs w:val="24"/>
                  </w:rPr>
                </w:pPr>
                <w:r w:rsidRPr="00CC6E9D">
                  <w:rPr>
                    <w:rStyle w:val="PlaceholderText"/>
                    <w:rFonts w:ascii="Avenir" w:hAnsi="Avenir"/>
                  </w:rPr>
                  <w:t>Click or tap here to enter text.</w:t>
                </w:r>
              </w:p>
            </w:tc>
          </w:sdtContent>
        </w:sdt>
      </w:tr>
      <w:tr w:rsidR="00287224" w:rsidRPr="001B4C16" w14:paraId="6B1CF349" w14:textId="77777777" w:rsidTr="00CC6E9D">
        <w:trPr>
          <w:trHeight w:val="987"/>
        </w:trPr>
        <w:tc>
          <w:tcPr>
            <w:tcW w:w="3975" w:type="dxa"/>
            <w:tcBorders>
              <w:top w:val="single" w:sz="4" w:space="0" w:color="A6A6A6" w:themeColor="background1" w:themeShade="A6"/>
              <w:bottom w:val="single" w:sz="4" w:space="0" w:color="A6A6A6" w:themeColor="background1" w:themeShade="A6"/>
            </w:tcBorders>
            <w:vAlign w:val="center"/>
          </w:tcPr>
          <w:p w14:paraId="753CEEC7" w14:textId="62F6ABCB" w:rsidR="00287224" w:rsidRPr="00287224" w:rsidRDefault="00287224" w:rsidP="00BE4D8C">
            <w:pPr>
              <w:rPr>
                <w:rFonts w:ascii="Avenir" w:hAnsi="Avenir"/>
                <w:sz w:val="24"/>
                <w:szCs w:val="24"/>
              </w:rPr>
            </w:pPr>
            <w:r w:rsidRPr="00287224">
              <w:rPr>
                <w:rFonts w:ascii="Avenir" w:hAnsi="Avenir"/>
                <w:sz w:val="24"/>
                <w:szCs w:val="24"/>
              </w:rPr>
              <w:t>If it is a breach, does this breach impact others?</w:t>
            </w:r>
          </w:p>
        </w:tc>
        <w:sdt>
          <w:sdtPr>
            <w:rPr>
              <w:rFonts w:ascii="Avenir" w:hAnsi="Avenir"/>
              <w:sz w:val="24"/>
              <w:szCs w:val="24"/>
            </w:rPr>
            <w:id w:val="860789459"/>
            <w:placeholder>
              <w:docPart w:val="DefaultPlaceholder_-1854013440"/>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3DA12BE0" w14:textId="75886053" w:rsidR="00287224" w:rsidRPr="00CC6E9D" w:rsidRDefault="00CC6E9D" w:rsidP="00CC6E9D">
                <w:pPr>
                  <w:rPr>
                    <w:rFonts w:ascii="Avenir" w:hAnsi="Avenir"/>
                    <w:sz w:val="24"/>
                    <w:szCs w:val="24"/>
                  </w:rPr>
                </w:pPr>
                <w:r w:rsidRPr="00CC6E9D">
                  <w:rPr>
                    <w:rStyle w:val="PlaceholderText"/>
                    <w:rFonts w:ascii="Avenir" w:hAnsi="Avenir"/>
                  </w:rPr>
                  <w:t>Click or tap here to enter text.</w:t>
                </w:r>
              </w:p>
            </w:tc>
          </w:sdtContent>
        </w:sdt>
      </w:tr>
      <w:tr w:rsidR="00B37290" w:rsidRPr="001B4C16" w14:paraId="47E6E110" w14:textId="77777777" w:rsidTr="00CC6E9D">
        <w:trPr>
          <w:trHeight w:val="1129"/>
        </w:trPr>
        <w:tc>
          <w:tcPr>
            <w:tcW w:w="3975" w:type="dxa"/>
            <w:tcBorders>
              <w:top w:val="single" w:sz="4" w:space="0" w:color="A6A6A6" w:themeColor="background1" w:themeShade="A6"/>
              <w:bottom w:val="single" w:sz="4" w:space="0" w:color="A6A6A6" w:themeColor="background1" w:themeShade="A6"/>
            </w:tcBorders>
            <w:vAlign w:val="center"/>
          </w:tcPr>
          <w:p w14:paraId="0BA4E46E" w14:textId="417F2DC7" w:rsidR="00B37290" w:rsidRPr="00B37290" w:rsidRDefault="00B37290" w:rsidP="00BE4D8C">
            <w:pPr>
              <w:rPr>
                <w:rFonts w:ascii="Avenir" w:hAnsi="Avenir"/>
                <w:sz w:val="24"/>
                <w:szCs w:val="24"/>
              </w:rPr>
            </w:pPr>
            <w:r w:rsidRPr="00B37290">
              <w:rPr>
                <w:rFonts w:ascii="Avenir" w:hAnsi="Avenir"/>
                <w:sz w:val="24"/>
                <w:szCs w:val="24"/>
              </w:rPr>
              <w:t>Are you reporting a concern as a witness/observer?</w:t>
            </w:r>
          </w:p>
        </w:tc>
        <w:tc>
          <w:tcPr>
            <w:tcW w:w="6940" w:type="dxa"/>
            <w:tcBorders>
              <w:top w:val="single" w:sz="4" w:space="0" w:color="A6A6A6" w:themeColor="background1" w:themeShade="A6"/>
              <w:bottom w:val="single" w:sz="4" w:space="0" w:color="A6A6A6" w:themeColor="background1" w:themeShade="A6"/>
            </w:tcBorders>
            <w:vAlign w:val="center"/>
          </w:tcPr>
          <w:p w14:paraId="4FDC0CE1" w14:textId="74454626" w:rsidR="00B37290" w:rsidRPr="001B4C16" w:rsidRDefault="00CC6E9D" w:rsidP="00CC6E9D">
            <w:pPr>
              <w:jc w:val="center"/>
              <w:rPr>
                <w:rFonts w:ascii="Avenir" w:hAnsi="Avenir"/>
                <w:sz w:val="24"/>
                <w:szCs w:val="24"/>
              </w:rPr>
            </w:pPr>
            <w:r>
              <w:rPr>
                <w:rFonts w:ascii="Avenir" w:hAnsi="Avenir"/>
                <w:sz w:val="24"/>
                <w:szCs w:val="24"/>
              </w:rPr>
              <w:t xml:space="preserve">Yes </w:t>
            </w:r>
            <w:sdt>
              <w:sdtPr>
                <w:rPr>
                  <w:rFonts w:ascii="Avenir" w:hAnsi="Avenir"/>
                  <w:sz w:val="24"/>
                  <w:szCs w:val="24"/>
                </w:rPr>
                <w:alias w:val="Yes"/>
                <w:tag w:val="Yes"/>
                <w:id w:val="623809334"/>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Avenir" w:hAnsi="Avenir"/>
                <w:sz w:val="24"/>
                <w:szCs w:val="24"/>
              </w:rPr>
              <w:tab/>
              <w:t xml:space="preserve">                              No </w:t>
            </w:r>
            <w:sdt>
              <w:sdtPr>
                <w:rPr>
                  <w:rFonts w:ascii="Avenir" w:hAnsi="Avenir"/>
                  <w:sz w:val="24"/>
                  <w:szCs w:val="24"/>
                </w:rPr>
                <w:alias w:val="No"/>
                <w:tag w:val="No"/>
                <w:id w:val="-573514208"/>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r>
      <w:tr w:rsidR="00B37290" w:rsidRPr="001B4C16" w14:paraId="2A1D0BFC" w14:textId="77777777" w:rsidTr="00CC6E9D">
        <w:trPr>
          <w:trHeight w:val="963"/>
        </w:trPr>
        <w:tc>
          <w:tcPr>
            <w:tcW w:w="3975" w:type="dxa"/>
            <w:tcBorders>
              <w:top w:val="single" w:sz="4" w:space="0" w:color="A6A6A6" w:themeColor="background1" w:themeShade="A6"/>
              <w:bottom w:val="single" w:sz="4" w:space="0" w:color="A6A6A6" w:themeColor="background1" w:themeShade="A6"/>
            </w:tcBorders>
            <w:vAlign w:val="center"/>
          </w:tcPr>
          <w:p w14:paraId="0966348F" w14:textId="2E4283BE" w:rsidR="00B37290" w:rsidRPr="00B37290" w:rsidRDefault="00B37290" w:rsidP="00BE4D8C">
            <w:pPr>
              <w:rPr>
                <w:rFonts w:ascii="Avenir" w:hAnsi="Avenir"/>
                <w:sz w:val="24"/>
                <w:szCs w:val="24"/>
              </w:rPr>
            </w:pPr>
            <w:r w:rsidRPr="00B37290">
              <w:rPr>
                <w:rFonts w:ascii="Avenir" w:hAnsi="Avenir"/>
                <w:sz w:val="24"/>
                <w:szCs w:val="24"/>
              </w:rPr>
              <w:t>Please provide names of any witnesses.</w:t>
            </w:r>
          </w:p>
        </w:tc>
        <w:sdt>
          <w:sdtPr>
            <w:rPr>
              <w:rFonts w:ascii="Avenir" w:hAnsi="Avenir"/>
              <w:sz w:val="24"/>
              <w:szCs w:val="24"/>
            </w:rPr>
            <w:id w:val="1993907021"/>
            <w:placeholder>
              <w:docPart w:val="DefaultPlaceholder_-1854013440"/>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30FB0C8B" w14:textId="1C711222" w:rsidR="00B37290" w:rsidRPr="00CC6E9D" w:rsidRDefault="00CC6E9D" w:rsidP="00CC6E9D">
                <w:pPr>
                  <w:rPr>
                    <w:rFonts w:ascii="Avenir" w:hAnsi="Avenir"/>
                    <w:sz w:val="24"/>
                    <w:szCs w:val="24"/>
                  </w:rPr>
                </w:pPr>
                <w:r w:rsidRPr="00CC6E9D">
                  <w:rPr>
                    <w:rStyle w:val="PlaceholderText"/>
                    <w:rFonts w:ascii="Avenir" w:hAnsi="Avenir"/>
                  </w:rPr>
                  <w:t>Click or tap here to enter text.</w:t>
                </w:r>
              </w:p>
            </w:tc>
          </w:sdtContent>
        </w:sdt>
      </w:tr>
    </w:tbl>
    <w:p w14:paraId="73944DE0" w14:textId="77777777" w:rsidR="00287224" w:rsidRDefault="00287224" w:rsidP="00287224">
      <w:pPr>
        <w:spacing w:after="0"/>
        <w:rPr>
          <w:rFonts w:ascii="Avenir" w:hAnsi="Avenir"/>
        </w:rPr>
      </w:pPr>
    </w:p>
    <w:p w14:paraId="43BCCE71" w14:textId="77777777" w:rsidR="00DE6D7B" w:rsidRDefault="00DE6D7B" w:rsidP="00DE6D7B">
      <w:pPr>
        <w:spacing w:after="0"/>
        <w:rPr>
          <w:rFonts w:ascii="Avenir Medium" w:hAnsi="Avenir Medium"/>
          <w:color w:val="002654"/>
          <w:sz w:val="28"/>
          <w:szCs w:val="28"/>
        </w:rPr>
      </w:pPr>
    </w:p>
    <w:p w14:paraId="78277D9A" w14:textId="65C7F988" w:rsidR="00DE6D7B" w:rsidRDefault="00DE6D7B" w:rsidP="00DE6D7B">
      <w:pPr>
        <w:spacing w:after="0"/>
        <w:rPr>
          <w:rFonts w:ascii="Avenir Medium" w:hAnsi="Avenir Medium"/>
          <w:color w:val="002654"/>
          <w:sz w:val="28"/>
          <w:szCs w:val="28"/>
        </w:rPr>
      </w:pPr>
      <w:r>
        <w:rPr>
          <w:rFonts w:ascii="Avenir Medium" w:hAnsi="Avenir Medium"/>
          <w:color w:val="002654"/>
          <w:sz w:val="28"/>
          <w:szCs w:val="28"/>
        </w:rPr>
        <w:t>Section 3: Personal impact</w:t>
      </w: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5"/>
        <w:gridCol w:w="6940"/>
      </w:tblGrid>
      <w:tr w:rsidR="00DE6D7B" w:rsidRPr="001B4C16" w14:paraId="2FE5B434" w14:textId="77777777" w:rsidTr="00610618">
        <w:trPr>
          <w:trHeight w:val="1129"/>
        </w:trPr>
        <w:tc>
          <w:tcPr>
            <w:tcW w:w="3975" w:type="dxa"/>
            <w:tcBorders>
              <w:bottom w:val="single" w:sz="4" w:space="0" w:color="A6A6A6" w:themeColor="background1" w:themeShade="A6"/>
            </w:tcBorders>
            <w:vAlign w:val="center"/>
          </w:tcPr>
          <w:p w14:paraId="0EC871F4" w14:textId="7CF60441" w:rsidR="00DE6D7B" w:rsidRPr="00DE6D7B" w:rsidRDefault="00DE6D7B" w:rsidP="00D9607F">
            <w:pPr>
              <w:rPr>
                <w:rFonts w:ascii="Avenir" w:hAnsi="Avenir"/>
                <w:sz w:val="24"/>
                <w:szCs w:val="24"/>
              </w:rPr>
            </w:pPr>
            <w:r w:rsidRPr="00DE6D7B">
              <w:rPr>
                <w:rFonts w:ascii="Avenir" w:hAnsi="Avenir"/>
                <w:sz w:val="24"/>
                <w:szCs w:val="24"/>
              </w:rPr>
              <w:t>Has this issue affected you personally?</w:t>
            </w:r>
          </w:p>
        </w:tc>
        <w:tc>
          <w:tcPr>
            <w:tcW w:w="6940" w:type="dxa"/>
            <w:tcBorders>
              <w:bottom w:val="single" w:sz="4" w:space="0" w:color="A6A6A6" w:themeColor="background1" w:themeShade="A6"/>
            </w:tcBorders>
            <w:vAlign w:val="center"/>
          </w:tcPr>
          <w:p w14:paraId="3AC84401" w14:textId="4B6BB12E" w:rsidR="00DE6D7B" w:rsidRPr="001B4C16" w:rsidRDefault="00DE6D7B" w:rsidP="00D9607F">
            <w:pPr>
              <w:jc w:val="center"/>
              <w:rPr>
                <w:rFonts w:ascii="Avenir" w:hAnsi="Avenir"/>
                <w:sz w:val="24"/>
                <w:szCs w:val="24"/>
              </w:rPr>
            </w:pPr>
            <w:r>
              <w:rPr>
                <w:rFonts w:ascii="Avenir" w:hAnsi="Avenir"/>
                <w:sz w:val="24"/>
                <w:szCs w:val="24"/>
              </w:rPr>
              <w:t xml:space="preserve">Yes </w:t>
            </w:r>
            <w:sdt>
              <w:sdtPr>
                <w:rPr>
                  <w:rFonts w:ascii="Avenir" w:hAnsi="Avenir"/>
                  <w:sz w:val="24"/>
                  <w:szCs w:val="24"/>
                </w:rPr>
                <w:alias w:val="Yes"/>
                <w:tag w:val="Yes"/>
                <w:id w:val="-1206410643"/>
                <w14:checkbox>
                  <w14:checked w14:val="0"/>
                  <w14:checkedState w14:val="2612" w14:font="MS Gothic"/>
                  <w14:uncheckedState w14:val="2610" w14:font="MS Gothic"/>
                </w14:checkbox>
              </w:sdtPr>
              <w:sdtContent>
                <w:r w:rsidR="00577064">
                  <w:rPr>
                    <w:rFonts w:ascii="MS Gothic" w:eastAsia="MS Gothic" w:hAnsi="MS Gothic" w:hint="eastAsia"/>
                    <w:sz w:val="24"/>
                    <w:szCs w:val="24"/>
                  </w:rPr>
                  <w:t>☐</w:t>
                </w:r>
              </w:sdtContent>
            </w:sdt>
            <w:r>
              <w:rPr>
                <w:rFonts w:ascii="Avenir" w:hAnsi="Avenir"/>
                <w:sz w:val="24"/>
                <w:szCs w:val="24"/>
              </w:rPr>
              <w:tab/>
              <w:t xml:space="preserve">                              No </w:t>
            </w:r>
            <w:sdt>
              <w:sdtPr>
                <w:rPr>
                  <w:rFonts w:ascii="Avenir" w:hAnsi="Avenir"/>
                  <w:sz w:val="24"/>
                  <w:szCs w:val="24"/>
                </w:rPr>
                <w:alias w:val="No"/>
                <w:tag w:val="No"/>
                <w:id w:val="-1806848211"/>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r>
      <w:tr w:rsidR="00DE6D7B" w:rsidRPr="00CC6E9D" w14:paraId="314E609E" w14:textId="77777777" w:rsidTr="00D9607F">
        <w:trPr>
          <w:trHeight w:val="963"/>
        </w:trPr>
        <w:tc>
          <w:tcPr>
            <w:tcW w:w="3975" w:type="dxa"/>
            <w:tcBorders>
              <w:top w:val="single" w:sz="4" w:space="0" w:color="A6A6A6" w:themeColor="background1" w:themeShade="A6"/>
              <w:bottom w:val="single" w:sz="4" w:space="0" w:color="A6A6A6" w:themeColor="background1" w:themeShade="A6"/>
            </w:tcBorders>
            <w:vAlign w:val="center"/>
          </w:tcPr>
          <w:p w14:paraId="1A3F0091" w14:textId="6F3D796D" w:rsidR="00DE6D7B" w:rsidRPr="00DE6D7B" w:rsidRDefault="00DE6D7B" w:rsidP="00D9607F">
            <w:pPr>
              <w:rPr>
                <w:rFonts w:ascii="Avenir" w:hAnsi="Avenir"/>
                <w:sz w:val="24"/>
                <w:szCs w:val="24"/>
              </w:rPr>
            </w:pPr>
            <w:r w:rsidRPr="00DE6D7B">
              <w:rPr>
                <w:rFonts w:ascii="Avenir" w:hAnsi="Avenir"/>
                <w:sz w:val="24"/>
                <w:szCs w:val="24"/>
              </w:rPr>
              <w:t>Please describe the personal impact.</w:t>
            </w:r>
          </w:p>
        </w:tc>
        <w:sdt>
          <w:sdtPr>
            <w:rPr>
              <w:rFonts w:ascii="Avenir" w:hAnsi="Avenir"/>
              <w:sz w:val="24"/>
              <w:szCs w:val="24"/>
            </w:rPr>
            <w:id w:val="-952708792"/>
            <w:placeholder>
              <w:docPart w:val="37ACC0DCC62C4B33950048DC0B7C5CFE"/>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7E056DB3" w14:textId="0BB3B5EC" w:rsidR="00DE6D7B" w:rsidRPr="00CC6E9D" w:rsidRDefault="00577064" w:rsidP="00D9607F">
                <w:pPr>
                  <w:rPr>
                    <w:rFonts w:ascii="Avenir" w:hAnsi="Avenir"/>
                    <w:sz w:val="24"/>
                    <w:szCs w:val="24"/>
                  </w:rPr>
                </w:pPr>
                <w:r w:rsidRPr="008E64E6">
                  <w:rPr>
                    <w:rStyle w:val="PlaceholderText"/>
                  </w:rPr>
                  <w:t>Click or tap here to enter text.</w:t>
                </w:r>
              </w:p>
            </w:tc>
          </w:sdtContent>
        </w:sdt>
      </w:tr>
      <w:tr w:rsidR="00DE6D7B" w:rsidRPr="00CC6E9D" w14:paraId="4539561F" w14:textId="77777777" w:rsidTr="00DE6D7B">
        <w:trPr>
          <w:trHeight w:val="1334"/>
        </w:trPr>
        <w:tc>
          <w:tcPr>
            <w:tcW w:w="3975" w:type="dxa"/>
            <w:tcBorders>
              <w:top w:val="single" w:sz="4" w:space="0" w:color="A6A6A6" w:themeColor="background1" w:themeShade="A6"/>
              <w:bottom w:val="single" w:sz="4" w:space="0" w:color="A6A6A6" w:themeColor="background1" w:themeShade="A6"/>
            </w:tcBorders>
            <w:vAlign w:val="center"/>
          </w:tcPr>
          <w:p w14:paraId="4FF5AC52" w14:textId="77777777" w:rsidR="00DE6D7B" w:rsidRDefault="00DE6D7B" w:rsidP="00D9607F">
            <w:pPr>
              <w:rPr>
                <w:rFonts w:ascii="Avenir" w:hAnsi="Avenir"/>
                <w:sz w:val="24"/>
                <w:szCs w:val="24"/>
              </w:rPr>
            </w:pPr>
            <w:r w:rsidRPr="00DE6D7B">
              <w:rPr>
                <w:rFonts w:ascii="Avenir" w:hAnsi="Avenir"/>
                <w:sz w:val="24"/>
                <w:szCs w:val="24"/>
              </w:rPr>
              <w:t xml:space="preserve">If no detriment, why should it still be considered? </w:t>
            </w:r>
          </w:p>
          <w:p w14:paraId="379D01FA" w14:textId="7DE832E6" w:rsidR="00DE6D7B" w:rsidRPr="00DE6D7B" w:rsidRDefault="00DE6D7B" w:rsidP="00D9607F">
            <w:pPr>
              <w:rPr>
                <w:rFonts w:ascii="Avenir" w:hAnsi="Avenir"/>
                <w:sz w:val="20"/>
                <w:szCs w:val="20"/>
              </w:rPr>
            </w:pPr>
            <w:r w:rsidRPr="00DE6D7B">
              <w:rPr>
                <w:rFonts w:ascii="Avenir" w:hAnsi="Avenir"/>
                <w:sz w:val="20"/>
                <w:szCs w:val="20"/>
              </w:rPr>
              <w:t>(i.e. impact on others?)</w:t>
            </w:r>
          </w:p>
        </w:tc>
        <w:sdt>
          <w:sdtPr>
            <w:rPr>
              <w:rFonts w:ascii="Avenir" w:hAnsi="Avenir"/>
              <w:sz w:val="24"/>
              <w:szCs w:val="24"/>
            </w:rPr>
            <w:id w:val="1060827079"/>
            <w:placeholder>
              <w:docPart w:val="DefaultPlaceholder_-1854013440"/>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1D619FBA" w14:textId="0DBB17DF" w:rsidR="00DE6D7B" w:rsidRDefault="00DE6D7B" w:rsidP="00D9607F">
                <w:pPr>
                  <w:rPr>
                    <w:rFonts w:ascii="Avenir" w:hAnsi="Avenir"/>
                    <w:sz w:val="24"/>
                    <w:szCs w:val="24"/>
                  </w:rPr>
                </w:pPr>
                <w:r w:rsidRPr="00DE6D7B">
                  <w:rPr>
                    <w:rStyle w:val="PlaceholderText"/>
                    <w:rFonts w:ascii="Avenir" w:hAnsi="Avenir"/>
                  </w:rPr>
                  <w:t>Click or tap here to enter text.</w:t>
                </w:r>
              </w:p>
            </w:tc>
          </w:sdtContent>
        </w:sdt>
      </w:tr>
    </w:tbl>
    <w:p w14:paraId="34BA5BEC" w14:textId="77777777" w:rsidR="00610618" w:rsidRDefault="00610618" w:rsidP="00287224">
      <w:pPr>
        <w:spacing w:after="0"/>
        <w:rPr>
          <w:rFonts w:ascii="Avenir" w:hAnsi="Avenir"/>
        </w:rPr>
      </w:pPr>
    </w:p>
    <w:p w14:paraId="49946F5E" w14:textId="5E814F0D" w:rsidR="00F43EBB" w:rsidRDefault="00F43EBB">
      <w:pPr>
        <w:rPr>
          <w:rFonts w:ascii="Avenir" w:hAnsi="Avenir"/>
        </w:rPr>
      </w:pPr>
      <w:r>
        <w:rPr>
          <w:rFonts w:ascii="Avenir" w:hAnsi="Avenir"/>
        </w:rPr>
        <w:br w:type="page"/>
      </w:r>
    </w:p>
    <w:p w14:paraId="0E401223" w14:textId="0107039D" w:rsidR="00610618" w:rsidRDefault="00610618" w:rsidP="00610618">
      <w:pPr>
        <w:spacing w:after="0"/>
        <w:rPr>
          <w:rFonts w:ascii="Avenir Medium" w:hAnsi="Avenir Medium"/>
          <w:color w:val="002654"/>
          <w:sz w:val="28"/>
          <w:szCs w:val="28"/>
        </w:rPr>
      </w:pPr>
      <w:r>
        <w:rPr>
          <w:rFonts w:ascii="Avenir Medium" w:hAnsi="Avenir Medium"/>
          <w:color w:val="002654"/>
          <w:sz w:val="28"/>
          <w:szCs w:val="28"/>
        </w:rPr>
        <w:lastRenderedPageBreak/>
        <w:t xml:space="preserve">Section 4: Steps taken to resolve concern </w:t>
      </w: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5"/>
        <w:gridCol w:w="6940"/>
      </w:tblGrid>
      <w:tr w:rsidR="00610618" w:rsidRPr="001B4C16" w14:paraId="77CFD29D" w14:textId="77777777" w:rsidTr="00610618">
        <w:trPr>
          <w:trHeight w:val="1129"/>
        </w:trPr>
        <w:tc>
          <w:tcPr>
            <w:tcW w:w="3975" w:type="dxa"/>
            <w:tcBorders>
              <w:bottom w:val="single" w:sz="4" w:space="0" w:color="A6A6A6" w:themeColor="background1" w:themeShade="A6"/>
            </w:tcBorders>
            <w:vAlign w:val="center"/>
          </w:tcPr>
          <w:p w14:paraId="1878135E" w14:textId="272F2FB3" w:rsidR="00610618" w:rsidRPr="00610618" w:rsidRDefault="00610618" w:rsidP="00D9607F">
            <w:pPr>
              <w:rPr>
                <w:rFonts w:ascii="Avenir" w:hAnsi="Avenir"/>
                <w:sz w:val="24"/>
                <w:szCs w:val="24"/>
              </w:rPr>
            </w:pPr>
            <w:r w:rsidRPr="00610618">
              <w:rPr>
                <w:rFonts w:ascii="Avenir" w:hAnsi="Avenir"/>
                <w:sz w:val="24"/>
                <w:szCs w:val="24"/>
              </w:rPr>
              <w:t>Have you tried to resolve the matter informally?</w:t>
            </w:r>
          </w:p>
        </w:tc>
        <w:tc>
          <w:tcPr>
            <w:tcW w:w="6940" w:type="dxa"/>
            <w:tcBorders>
              <w:bottom w:val="single" w:sz="4" w:space="0" w:color="A6A6A6" w:themeColor="background1" w:themeShade="A6"/>
            </w:tcBorders>
            <w:vAlign w:val="center"/>
          </w:tcPr>
          <w:p w14:paraId="518BB5F1" w14:textId="77777777" w:rsidR="00610618" w:rsidRPr="001B4C16" w:rsidRDefault="00610618" w:rsidP="00D9607F">
            <w:pPr>
              <w:jc w:val="center"/>
              <w:rPr>
                <w:rFonts w:ascii="Avenir" w:hAnsi="Avenir"/>
                <w:sz w:val="24"/>
                <w:szCs w:val="24"/>
              </w:rPr>
            </w:pPr>
            <w:r>
              <w:rPr>
                <w:rFonts w:ascii="Avenir" w:hAnsi="Avenir"/>
                <w:sz w:val="24"/>
                <w:szCs w:val="24"/>
              </w:rPr>
              <w:t xml:space="preserve">Yes </w:t>
            </w:r>
            <w:sdt>
              <w:sdtPr>
                <w:rPr>
                  <w:rFonts w:ascii="Avenir" w:hAnsi="Avenir"/>
                  <w:sz w:val="24"/>
                  <w:szCs w:val="24"/>
                </w:rPr>
                <w:alias w:val="Yes"/>
                <w:tag w:val="Yes"/>
                <w:id w:val="628367622"/>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Avenir" w:hAnsi="Avenir"/>
                <w:sz w:val="24"/>
                <w:szCs w:val="24"/>
              </w:rPr>
              <w:tab/>
              <w:t xml:space="preserve">                              No </w:t>
            </w:r>
            <w:sdt>
              <w:sdtPr>
                <w:rPr>
                  <w:rFonts w:ascii="Avenir" w:hAnsi="Avenir"/>
                  <w:sz w:val="24"/>
                  <w:szCs w:val="24"/>
                </w:rPr>
                <w:alias w:val="No"/>
                <w:tag w:val="No"/>
                <w:id w:val="541723573"/>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r>
      <w:tr w:rsidR="00610618" w:rsidRPr="00CC6E9D" w14:paraId="220B9C99" w14:textId="77777777" w:rsidTr="00610618">
        <w:trPr>
          <w:trHeight w:val="2089"/>
        </w:trPr>
        <w:tc>
          <w:tcPr>
            <w:tcW w:w="3975" w:type="dxa"/>
            <w:tcBorders>
              <w:top w:val="single" w:sz="4" w:space="0" w:color="A6A6A6" w:themeColor="background1" w:themeShade="A6"/>
              <w:bottom w:val="single" w:sz="4" w:space="0" w:color="A6A6A6" w:themeColor="background1" w:themeShade="A6"/>
            </w:tcBorders>
            <w:vAlign w:val="center"/>
          </w:tcPr>
          <w:p w14:paraId="2A4DDA56" w14:textId="77777777" w:rsidR="00610618" w:rsidRDefault="00610618" w:rsidP="00D9607F">
            <w:pPr>
              <w:rPr>
                <w:rFonts w:ascii="Avenir" w:hAnsi="Avenir"/>
                <w:sz w:val="24"/>
                <w:szCs w:val="24"/>
              </w:rPr>
            </w:pPr>
            <w:r w:rsidRPr="00610618">
              <w:rPr>
                <w:rFonts w:ascii="Avenir" w:hAnsi="Avenir"/>
                <w:sz w:val="24"/>
                <w:szCs w:val="24"/>
              </w:rPr>
              <w:t xml:space="preserve">What steps have you already taken to informally? </w:t>
            </w:r>
          </w:p>
          <w:p w14:paraId="1C6FEB78" w14:textId="77777777" w:rsidR="00610618" w:rsidRDefault="00610618" w:rsidP="00D9607F">
            <w:pPr>
              <w:rPr>
                <w:rFonts w:ascii="Avenir" w:hAnsi="Avenir"/>
                <w:sz w:val="24"/>
                <w:szCs w:val="24"/>
              </w:rPr>
            </w:pPr>
          </w:p>
          <w:p w14:paraId="7ACFB8BC" w14:textId="07BDEE69" w:rsidR="00610618" w:rsidRPr="00610618" w:rsidRDefault="00610618" w:rsidP="00D9607F">
            <w:pPr>
              <w:rPr>
                <w:rFonts w:ascii="Avenir" w:hAnsi="Avenir"/>
                <w:sz w:val="24"/>
                <w:szCs w:val="24"/>
              </w:rPr>
            </w:pPr>
            <w:r w:rsidRPr="00610618">
              <w:rPr>
                <w:rFonts w:ascii="Avenir" w:hAnsi="Avenir"/>
                <w:sz w:val="20"/>
                <w:szCs w:val="20"/>
              </w:rPr>
              <w:t>Please include what the outcome was and why this has not resolved the matter for you.</w:t>
            </w:r>
          </w:p>
        </w:tc>
        <w:sdt>
          <w:sdtPr>
            <w:rPr>
              <w:rFonts w:ascii="Avenir" w:hAnsi="Avenir"/>
              <w:sz w:val="24"/>
              <w:szCs w:val="24"/>
            </w:rPr>
            <w:id w:val="1686165504"/>
            <w:placeholder>
              <w:docPart w:val="8DCF54F9070944B1BC151D0E300B8E5D"/>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0DEEED20" w14:textId="77777777" w:rsidR="00610618" w:rsidRPr="00CC6E9D" w:rsidRDefault="00610618" w:rsidP="00D9607F">
                <w:pPr>
                  <w:rPr>
                    <w:rFonts w:ascii="Avenir" w:hAnsi="Avenir"/>
                    <w:sz w:val="24"/>
                    <w:szCs w:val="24"/>
                  </w:rPr>
                </w:pPr>
                <w:r w:rsidRPr="00CC6E9D">
                  <w:rPr>
                    <w:rStyle w:val="PlaceholderText"/>
                    <w:rFonts w:ascii="Avenir" w:hAnsi="Avenir"/>
                  </w:rPr>
                  <w:t>Click or tap here to enter text.</w:t>
                </w:r>
              </w:p>
            </w:tc>
          </w:sdtContent>
        </w:sdt>
      </w:tr>
      <w:tr w:rsidR="00610618" w14:paraId="23F06C11" w14:textId="77777777" w:rsidTr="00610618">
        <w:trPr>
          <w:trHeight w:val="985"/>
        </w:trPr>
        <w:tc>
          <w:tcPr>
            <w:tcW w:w="3975" w:type="dxa"/>
            <w:tcBorders>
              <w:top w:val="single" w:sz="4" w:space="0" w:color="A6A6A6" w:themeColor="background1" w:themeShade="A6"/>
              <w:bottom w:val="single" w:sz="4" w:space="0" w:color="A6A6A6" w:themeColor="background1" w:themeShade="A6"/>
            </w:tcBorders>
            <w:vAlign w:val="center"/>
          </w:tcPr>
          <w:p w14:paraId="7620FCBA" w14:textId="4A1B58A8" w:rsidR="00610618" w:rsidRPr="00610618" w:rsidRDefault="00610618" w:rsidP="00D9607F">
            <w:pPr>
              <w:rPr>
                <w:rFonts w:ascii="Avenir" w:hAnsi="Avenir"/>
                <w:sz w:val="24"/>
                <w:szCs w:val="24"/>
              </w:rPr>
            </w:pPr>
            <w:r w:rsidRPr="00610618">
              <w:rPr>
                <w:rFonts w:ascii="Avenir" w:hAnsi="Avenir"/>
                <w:sz w:val="24"/>
                <w:szCs w:val="24"/>
              </w:rPr>
              <w:t>If not attempted, please describe your decision?</w:t>
            </w:r>
          </w:p>
        </w:tc>
        <w:sdt>
          <w:sdtPr>
            <w:rPr>
              <w:rFonts w:ascii="Avenir" w:hAnsi="Avenir"/>
              <w:sz w:val="24"/>
              <w:szCs w:val="24"/>
            </w:rPr>
            <w:id w:val="-278878957"/>
            <w:placeholder>
              <w:docPart w:val="E11C3E92D5E0479AB1DFA2B888D30347"/>
            </w:placeholder>
            <w:showingPlcHdr/>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6A8C5046" w14:textId="77777777" w:rsidR="00610618" w:rsidRDefault="00610618" w:rsidP="00D9607F">
                <w:pPr>
                  <w:rPr>
                    <w:rFonts w:ascii="Avenir" w:hAnsi="Avenir"/>
                    <w:sz w:val="24"/>
                    <w:szCs w:val="24"/>
                  </w:rPr>
                </w:pPr>
                <w:r w:rsidRPr="00DE6D7B">
                  <w:rPr>
                    <w:rStyle w:val="PlaceholderText"/>
                    <w:rFonts w:ascii="Avenir" w:hAnsi="Avenir"/>
                  </w:rPr>
                  <w:t>Click or tap here to enter text.</w:t>
                </w:r>
              </w:p>
            </w:tc>
          </w:sdtContent>
        </w:sdt>
      </w:tr>
    </w:tbl>
    <w:p w14:paraId="6AC13FD2" w14:textId="77777777" w:rsidR="00610618" w:rsidRDefault="00610618" w:rsidP="00610618">
      <w:pPr>
        <w:spacing w:after="0"/>
        <w:rPr>
          <w:rFonts w:ascii="Avenir Medium" w:hAnsi="Avenir Medium"/>
          <w:color w:val="002654"/>
          <w:sz w:val="28"/>
          <w:szCs w:val="28"/>
        </w:rPr>
      </w:pPr>
    </w:p>
    <w:p w14:paraId="6F2D84DE" w14:textId="1213E2AB" w:rsidR="00610618" w:rsidRDefault="00610618" w:rsidP="00610618">
      <w:pPr>
        <w:spacing w:after="0"/>
        <w:rPr>
          <w:rFonts w:ascii="Avenir Medium" w:hAnsi="Avenir Medium"/>
          <w:color w:val="002654"/>
          <w:sz w:val="28"/>
          <w:szCs w:val="28"/>
        </w:rPr>
      </w:pPr>
      <w:r>
        <w:rPr>
          <w:rFonts w:ascii="Avenir Medium" w:hAnsi="Avenir Medium"/>
          <w:color w:val="002654"/>
          <w:sz w:val="28"/>
          <w:szCs w:val="28"/>
        </w:rPr>
        <w:t xml:space="preserve">Section 5: Proposed </w:t>
      </w:r>
      <w:r w:rsidR="00F202EF">
        <w:rPr>
          <w:rFonts w:ascii="Avenir Medium" w:hAnsi="Avenir Medium"/>
          <w:color w:val="002654"/>
          <w:sz w:val="28"/>
          <w:szCs w:val="28"/>
        </w:rPr>
        <w:t>r</w:t>
      </w:r>
      <w:r>
        <w:rPr>
          <w:rFonts w:ascii="Avenir Medium" w:hAnsi="Avenir Medium"/>
          <w:color w:val="002654"/>
          <w:sz w:val="28"/>
          <w:szCs w:val="28"/>
        </w:rPr>
        <w:t>eso</w:t>
      </w:r>
      <w:r w:rsidR="00F202EF">
        <w:rPr>
          <w:rFonts w:ascii="Avenir Medium" w:hAnsi="Avenir Medium"/>
          <w:color w:val="002654"/>
          <w:sz w:val="28"/>
          <w:szCs w:val="28"/>
        </w:rPr>
        <w:t>lution</w:t>
      </w:r>
    </w:p>
    <w:p w14:paraId="74D239FB" w14:textId="517BEC3F" w:rsidR="00F202EF" w:rsidRDefault="00F202EF" w:rsidP="00F202EF">
      <w:pPr>
        <w:spacing w:after="0"/>
        <w:rPr>
          <w:rFonts w:ascii="Avenir" w:hAnsi="Avenir"/>
        </w:rPr>
      </w:pPr>
      <w:r w:rsidRPr="00F202EF">
        <w:rPr>
          <w:rFonts w:ascii="Avenir" w:hAnsi="Avenir"/>
        </w:rPr>
        <w:t>It is important to consider carefully the outcome you are seeking. Clearly setting out what would resolve your concern helps those considering your grievance to understand your expectations and to assess how the matter may be addressed. Completing this section fully supports a fair, timely and effective grievance process.</w:t>
      </w:r>
    </w:p>
    <w:p w14:paraId="7B647665" w14:textId="77777777" w:rsidR="00B671FC" w:rsidRDefault="00B671FC" w:rsidP="00F202EF">
      <w:pPr>
        <w:spacing w:after="0"/>
        <w:rPr>
          <w:rFonts w:ascii="Avenir" w:hAnsi="Avenir"/>
        </w:rPr>
      </w:pP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5"/>
        <w:gridCol w:w="6940"/>
      </w:tblGrid>
      <w:tr w:rsidR="00F202EF" w:rsidRPr="001B4C16" w14:paraId="0946FD0D" w14:textId="77777777" w:rsidTr="00D9607F">
        <w:trPr>
          <w:trHeight w:val="2344"/>
        </w:trPr>
        <w:tc>
          <w:tcPr>
            <w:tcW w:w="3975" w:type="dxa"/>
            <w:tcBorders>
              <w:bottom w:val="single" w:sz="4" w:space="0" w:color="A6A6A6" w:themeColor="background1" w:themeShade="A6"/>
            </w:tcBorders>
            <w:vAlign w:val="center"/>
          </w:tcPr>
          <w:p w14:paraId="1385D855" w14:textId="22BBE3D5" w:rsidR="00F202EF" w:rsidRPr="00F202EF" w:rsidRDefault="00F202EF" w:rsidP="00D9607F">
            <w:pPr>
              <w:rPr>
                <w:rFonts w:ascii="Avenir" w:hAnsi="Avenir"/>
                <w:sz w:val="24"/>
                <w:szCs w:val="24"/>
              </w:rPr>
            </w:pPr>
            <w:r w:rsidRPr="00F202EF">
              <w:rPr>
                <w:rFonts w:ascii="Avenir" w:hAnsi="Avenir"/>
                <w:sz w:val="24"/>
                <w:szCs w:val="24"/>
              </w:rPr>
              <w:t>Briefly describe what would resolve your grievance.</w:t>
            </w:r>
          </w:p>
        </w:tc>
        <w:sdt>
          <w:sdtPr>
            <w:rPr>
              <w:rFonts w:ascii="Avenir" w:hAnsi="Avenir"/>
              <w:sz w:val="24"/>
              <w:szCs w:val="24"/>
            </w:rPr>
            <w:id w:val="904271713"/>
            <w:placeholder>
              <w:docPart w:val="4784C1389B3245959A1889001E9B2F96"/>
            </w:placeholder>
            <w:showingPlcHdr/>
          </w:sdtPr>
          <w:sdtContent>
            <w:tc>
              <w:tcPr>
                <w:tcW w:w="6940" w:type="dxa"/>
                <w:tcBorders>
                  <w:bottom w:val="single" w:sz="4" w:space="0" w:color="A6A6A6" w:themeColor="background1" w:themeShade="A6"/>
                </w:tcBorders>
                <w:shd w:val="clear" w:color="auto" w:fill="F2F2F2" w:themeFill="background1" w:themeFillShade="F2"/>
                <w:vAlign w:val="center"/>
              </w:tcPr>
              <w:p w14:paraId="10C8FAB7" w14:textId="77777777" w:rsidR="00F202EF" w:rsidRPr="001B4C16" w:rsidRDefault="00F202EF" w:rsidP="00D9607F">
                <w:pPr>
                  <w:rPr>
                    <w:rFonts w:ascii="Avenir" w:hAnsi="Avenir"/>
                    <w:sz w:val="24"/>
                    <w:szCs w:val="24"/>
                  </w:rPr>
                </w:pPr>
                <w:r w:rsidRPr="00B22758">
                  <w:rPr>
                    <w:rStyle w:val="PlaceholderText"/>
                    <w:rFonts w:ascii="Avenir" w:hAnsi="Avenir"/>
                  </w:rPr>
                  <w:t>Click or tap here to enter text.</w:t>
                </w:r>
              </w:p>
            </w:tc>
          </w:sdtContent>
        </w:sdt>
      </w:tr>
    </w:tbl>
    <w:p w14:paraId="70703022" w14:textId="0B173CA9" w:rsidR="00F43EBB" w:rsidRDefault="00F43EBB" w:rsidP="00F202EF">
      <w:pPr>
        <w:spacing w:after="0"/>
        <w:rPr>
          <w:rFonts w:ascii="Avenir" w:hAnsi="Avenir"/>
        </w:rPr>
      </w:pPr>
    </w:p>
    <w:p w14:paraId="157ED92B" w14:textId="77777777" w:rsidR="00F43EBB" w:rsidRDefault="00F43EBB">
      <w:pPr>
        <w:rPr>
          <w:rFonts w:ascii="Avenir" w:hAnsi="Avenir"/>
        </w:rPr>
      </w:pPr>
      <w:r>
        <w:rPr>
          <w:rFonts w:ascii="Avenir" w:hAnsi="Avenir"/>
        </w:rPr>
        <w:br w:type="page"/>
      </w:r>
    </w:p>
    <w:p w14:paraId="508EA330" w14:textId="77777777" w:rsidR="00F202EF" w:rsidRPr="00F202EF" w:rsidRDefault="00F202EF" w:rsidP="00F202EF">
      <w:pPr>
        <w:spacing w:after="0"/>
        <w:rPr>
          <w:rFonts w:ascii="Avenir" w:hAnsi="Avenir"/>
        </w:rPr>
      </w:pPr>
    </w:p>
    <w:p w14:paraId="195F4DE2" w14:textId="0AF8EA86" w:rsidR="00F202EF" w:rsidRDefault="00F202EF" w:rsidP="00F202EF">
      <w:pPr>
        <w:spacing w:after="0"/>
        <w:rPr>
          <w:rFonts w:ascii="Avenir Medium" w:hAnsi="Avenir Medium"/>
          <w:color w:val="002654"/>
          <w:sz w:val="28"/>
          <w:szCs w:val="28"/>
        </w:rPr>
      </w:pPr>
      <w:r>
        <w:rPr>
          <w:rFonts w:ascii="Avenir Medium" w:hAnsi="Avenir Medium"/>
          <w:color w:val="002654"/>
          <w:sz w:val="28"/>
          <w:szCs w:val="28"/>
        </w:rPr>
        <w:t>Section 6: Additional documentation</w:t>
      </w:r>
    </w:p>
    <w:p w14:paraId="3A7F0296" w14:textId="5AC3D79D" w:rsidR="00F202EF" w:rsidRDefault="00F202EF" w:rsidP="00F202EF">
      <w:pPr>
        <w:spacing w:after="0"/>
        <w:rPr>
          <w:rFonts w:ascii="Avenir" w:hAnsi="Avenir"/>
        </w:rPr>
      </w:pPr>
      <w:r w:rsidRPr="00F202EF">
        <w:rPr>
          <w:rFonts w:ascii="Avenir" w:hAnsi="Avenir"/>
        </w:rPr>
        <w:t>If applicable, please list any additional documents or material that you are submitting alongside this form.</w:t>
      </w:r>
    </w:p>
    <w:p w14:paraId="7F7A6D5F" w14:textId="77777777" w:rsidR="00F202EF" w:rsidRDefault="00F202EF" w:rsidP="00F202EF">
      <w:pPr>
        <w:spacing w:after="0"/>
        <w:rPr>
          <w:rFonts w:ascii="Avenir" w:hAnsi="Avenir"/>
        </w:rPr>
      </w:pPr>
    </w:p>
    <w:p w14:paraId="67F75AB7" w14:textId="21A723AB" w:rsidR="00F202EF" w:rsidRDefault="00F202EF" w:rsidP="00F202EF">
      <w:pPr>
        <w:spacing w:after="0"/>
        <w:rPr>
          <w:rFonts w:ascii="Avenir Medium" w:hAnsi="Avenir Medium"/>
          <w:color w:val="002654"/>
          <w:sz w:val="28"/>
          <w:szCs w:val="28"/>
        </w:rPr>
      </w:pPr>
      <w:r>
        <w:rPr>
          <w:rFonts w:ascii="Avenir Medium" w:hAnsi="Avenir Medium"/>
          <w:color w:val="002654"/>
          <w:sz w:val="28"/>
          <w:szCs w:val="28"/>
        </w:rPr>
        <w:t>Section 7: Declaration and signature</w:t>
      </w:r>
    </w:p>
    <w:p w14:paraId="5A73E863" w14:textId="77777777" w:rsidR="00F202EF" w:rsidRPr="00F202EF" w:rsidRDefault="00F202EF" w:rsidP="00F202EF">
      <w:pPr>
        <w:rPr>
          <w:rFonts w:ascii="Avenir" w:hAnsi="Avenir"/>
        </w:rPr>
      </w:pPr>
      <w:r w:rsidRPr="00F202EF">
        <w:rPr>
          <w:rFonts w:ascii="Avenir" w:hAnsi="Avenir"/>
        </w:rPr>
        <w:t>I confirm the information provided is true and accurate.</w:t>
      </w:r>
    </w:p>
    <w:tbl>
      <w:tblPr>
        <w:tblStyle w:val="TableGrid"/>
        <w:tblW w:w="1091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5"/>
        <w:gridCol w:w="6940"/>
      </w:tblGrid>
      <w:tr w:rsidR="00F202EF" w:rsidRPr="00CC6E9D" w14:paraId="4E10AA64" w14:textId="77777777" w:rsidTr="00794D31">
        <w:trPr>
          <w:trHeight w:val="1276"/>
        </w:trPr>
        <w:tc>
          <w:tcPr>
            <w:tcW w:w="3975" w:type="dxa"/>
            <w:tcBorders>
              <w:bottom w:val="single" w:sz="4" w:space="0" w:color="A6A6A6" w:themeColor="background1" w:themeShade="A6"/>
            </w:tcBorders>
            <w:vAlign w:val="center"/>
          </w:tcPr>
          <w:p w14:paraId="57CDAC95" w14:textId="0C9AF681" w:rsidR="00F202EF" w:rsidRPr="00610618" w:rsidRDefault="00F202EF" w:rsidP="00D9607F">
            <w:pPr>
              <w:rPr>
                <w:rFonts w:ascii="Avenir" w:hAnsi="Avenir"/>
                <w:sz w:val="24"/>
                <w:szCs w:val="24"/>
              </w:rPr>
            </w:pPr>
            <w:r w:rsidRPr="0048184B">
              <w:rPr>
                <w:rFonts w:ascii="Arial Nova" w:hAnsi="Arial Nova"/>
              </w:rPr>
              <w:t>Signature</w:t>
            </w:r>
          </w:p>
        </w:tc>
        <w:tc>
          <w:tcPr>
            <w:tcW w:w="6940" w:type="dxa"/>
            <w:tcBorders>
              <w:bottom w:val="single" w:sz="4" w:space="0" w:color="A6A6A6" w:themeColor="background1" w:themeShade="A6"/>
            </w:tcBorders>
            <w:vAlign w:val="center"/>
          </w:tcPr>
          <w:p w14:paraId="0862B6EF" w14:textId="720AB148" w:rsidR="00F202EF" w:rsidRPr="00CC6E9D" w:rsidRDefault="001F21AF" w:rsidP="00D9607F">
            <w:pPr>
              <w:rPr>
                <w:rFonts w:ascii="Avenir" w:hAnsi="Avenir"/>
                <w:sz w:val="24"/>
                <w:szCs w:val="24"/>
              </w:rPr>
            </w:pPr>
            <w:r>
              <w:rPr>
                <w:rFonts w:ascii="Avenir" w:hAnsi="Avenir"/>
                <w:sz w:val="24"/>
                <w:szCs w:val="24"/>
              </w:rPr>
              <w:pict w14:anchorId="11B101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130.15pt;height:64.8pt">
                  <v:imagedata r:id="rId11" o:title=""/>
                  <o:lock v:ext="edit" ungrouping="t" rotation="t" cropping="t" verticies="t" text="t" grouping="t"/>
                  <o:signatureline v:ext="edit" id="{3AEAD646-7E63-4677-A2B8-BAD8C9B85B7A}" provid="{00000000-0000-0000-0000-000000000000}" issignatureline="t"/>
                </v:shape>
              </w:pict>
            </w:r>
          </w:p>
        </w:tc>
      </w:tr>
      <w:tr w:rsidR="00F202EF" w14:paraId="20F56514" w14:textId="77777777" w:rsidTr="00D9607F">
        <w:trPr>
          <w:trHeight w:val="985"/>
        </w:trPr>
        <w:tc>
          <w:tcPr>
            <w:tcW w:w="3975" w:type="dxa"/>
            <w:tcBorders>
              <w:top w:val="single" w:sz="4" w:space="0" w:color="A6A6A6" w:themeColor="background1" w:themeShade="A6"/>
              <w:bottom w:val="single" w:sz="4" w:space="0" w:color="A6A6A6" w:themeColor="background1" w:themeShade="A6"/>
            </w:tcBorders>
            <w:vAlign w:val="center"/>
          </w:tcPr>
          <w:p w14:paraId="7065A7AD" w14:textId="257FB03C" w:rsidR="00F202EF" w:rsidRPr="00610618" w:rsidRDefault="00F202EF" w:rsidP="00D9607F">
            <w:pPr>
              <w:rPr>
                <w:rFonts w:ascii="Avenir" w:hAnsi="Avenir"/>
                <w:sz w:val="24"/>
                <w:szCs w:val="24"/>
              </w:rPr>
            </w:pPr>
            <w:r w:rsidRPr="0048184B">
              <w:rPr>
                <w:rFonts w:ascii="Arial Nova" w:hAnsi="Arial Nova"/>
              </w:rPr>
              <w:t>Date</w:t>
            </w:r>
          </w:p>
        </w:tc>
        <w:sdt>
          <w:sdtPr>
            <w:rPr>
              <w:rFonts w:ascii="Avenir" w:hAnsi="Avenir"/>
              <w:sz w:val="24"/>
              <w:szCs w:val="24"/>
            </w:rPr>
            <w:id w:val="1909716039"/>
            <w:placeholder>
              <w:docPart w:val="DefaultPlaceholder_-1854013437"/>
            </w:placeholder>
            <w:showingPlcHdr/>
            <w:date>
              <w:dateFormat w:val="dd/MM/yyyy"/>
              <w:lid w:val="en-GB"/>
              <w:storeMappedDataAs w:val="dateTime"/>
              <w:calendar w:val="gregorian"/>
            </w:date>
          </w:sdtPr>
          <w:sdtContent>
            <w:tc>
              <w:tcPr>
                <w:tcW w:w="6940" w:type="dxa"/>
                <w:tcBorders>
                  <w:top w:val="single" w:sz="4" w:space="0" w:color="A6A6A6" w:themeColor="background1" w:themeShade="A6"/>
                  <w:bottom w:val="single" w:sz="4" w:space="0" w:color="A6A6A6" w:themeColor="background1" w:themeShade="A6"/>
                </w:tcBorders>
                <w:shd w:val="clear" w:color="auto" w:fill="F2F2F2" w:themeFill="background1" w:themeFillShade="F2"/>
                <w:vAlign w:val="center"/>
              </w:tcPr>
              <w:p w14:paraId="06DE8087" w14:textId="626E8E79" w:rsidR="00F202EF" w:rsidRDefault="00F202EF" w:rsidP="00D9607F">
                <w:pPr>
                  <w:rPr>
                    <w:rFonts w:ascii="Avenir" w:hAnsi="Avenir"/>
                    <w:sz w:val="24"/>
                    <w:szCs w:val="24"/>
                  </w:rPr>
                </w:pPr>
                <w:r w:rsidRPr="00F202EF">
                  <w:rPr>
                    <w:rStyle w:val="PlaceholderText"/>
                    <w:rFonts w:ascii="Avenir" w:hAnsi="Avenir"/>
                  </w:rPr>
                  <w:t>Click or tap to enter a date.</w:t>
                </w:r>
              </w:p>
            </w:tc>
          </w:sdtContent>
        </w:sdt>
      </w:tr>
    </w:tbl>
    <w:p w14:paraId="420AA884" w14:textId="77777777" w:rsidR="00F202EF" w:rsidRDefault="00F202EF" w:rsidP="00F202EF">
      <w:pPr>
        <w:spacing w:after="0"/>
        <w:rPr>
          <w:rFonts w:ascii="Avenir Medium" w:hAnsi="Avenir Medium"/>
          <w:color w:val="002654"/>
          <w:sz w:val="28"/>
          <w:szCs w:val="28"/>
        </w:rPr>
      </w:pPr>
    </w:p>
    <w:p w14:paraId="7F65009C" w14:textId="41EA2644" w:rsidR="00794D31" w:rsidRDefault="00794D31" w:rsidP="00794D31">
      <w:pPr>
        <w:spacing w:after="0"/>
        <w:rPr>
          <w:rFonts w:ascii="Avenir Medium" w:hAnsi="Avenir Medium"/>
          <w:color w:val="002654"/>
          <w:sz w:val="28"/>
          <w:szCs w:val="28"/>
        </w:rPr>
      </w:pPr>
      <w:r>
        <w:rPr>
          <w:rFonts w:ascii="Avenir Medium" w:hAnsi="Avenir Medium"/>
          <w:color w:val="002654"/>
          <w:sz w:val="28"/>
          <w:szCs w:val="28"/>
        </w:rPr>
        <w:t>Submission process</w:t>
      </w:r>
    </w:p>
    <w:p w14:paraId="1BA64561" w14:textId="58D647AA" w:rsidR="00F202EF" w:rsidRPr="00794D31" w:rsidRDefault="00794D31" w:rsidP="00F202EF">
      <w:pPr>
        <w:spacing w:after="0"/>
        <w:rPr>
          <w:rFonts w:ascii="Avenir" w:hAnsi="Avenir"/>
          <w:color w:val="002654"/>
          <w:sz w:val="24"/>
          <w:szCs w:val="24"/>
        </w:rPr>
      </w:pPr>
      <w:r w:rsidRPr="00794D31">
        <w:rPr>
          <w:rFonts w:ascii="Avenir" w:hAnsi="Avenir"/>
          <w:sz w:val="24"/>
          <w:szCs w:val="24"/>
          <w:lang w:val="en-GB"/>
        </w:rPr>
        <w:t xml:space="preserve">Please submit this form to your line </w:t>
      </w:r>
      <w:r w:rsidRPr="00794D31">
        <w:rPr>
          <w:rFonts w:ascii="Avenir" w:hAnsi="Avenir"/>
          <w:color w:val="008EC9"/>
          <w:sz w:val="24"/>
          <w:szCs w:val="24"/>
          <w:lang w:val="en-GB"/>
        </w:rPr>
        <w:t>manager</w:t>
      </w:r>
      <w:r w:rsidRPr="00794D31">
        <w:rPr>
          <w:rFonts w:ascii="Avenir" w:hAnsi="Avenir"/>
          <w:sz w:val="24"/>
          <w:szCs w:val="24"/>
          <w:lang w:val="en-GB"/>
        </w:rPr>
        <w:t xml:space="preserve">, unless they are the subject of your grievance. In that case, the form should be submitted to their </w:t>
      </w:r>
      <w:r w:rsidRPr="00794D31">
        <w:rPr>
          <w:rFonts w:ascii="Avenir" w:hAnsi="Avenir"/>
          <w:color w:val="008EC9"/>
          <w:sz w:val="24"/>
          <w:szCs w:val="24"/>
          <w:lang w:val="en-GB"/>
        </w:rPr>
        <w:t>manager or the HR team.</w:t>
      </w:r>
    </w:p>
    <w:p w14:paraId="4AB04943" w14:textId="77777777" w:rsidR="00F202EF" w:rsidRPr="00F202EF" w:rsidRDefault="00F202EF" w:rsidP="00F202EF">
      <w:pPr>
        <w:spacing w:after="0"/>
        <w:rPr>
          <w:rFonts w:ascii="Avenir" w:hAnsi="Avenir"/>
          <w:color w:val="002654"/>
          <w:sz w:val="28"/>
          <w:szCs w:val="28"/>
        </w:rPr>
      </w:pPr>
    </w:p>
    <w:p w14:paraId="589F5D7C" w14:textId="77777777" w:rsidR="00F202EF" w:rsidRDefault="00F202EF" w:rsidP="00610618">
      <w:pPr>
        <w:spacing w:after="0"/>
        <w:rPr>
          <w:rFonts w:ascii="Avenir Medium" w:hAnsi="Avenir Medium"/>
          <w:color w:val="002654"/>
          <w:sz w:val="28"/>
          <w:szCs w:val="28"/>
        </w:rPr>
      </w:pPr>
    </w:p>
    <w:p w14:paraId="45D3F367" w14:textId="77777777" w:rsidR="00610618" w:rsidRDefault="00610618" w:rsidP="00610618">
      <w:pPr>
        <w:spacing w:after="0"/>
        <w:rPr>
          <w:rFonts w:ascii="Avenir Medium" w:hAnsi="Avenir Medium"/>
          <w:color w:val="002654"/>
          <w:sz w:val="28"/>
          <w:szCs w:val="28"/>
        </w:rPr>
      </w:pPr>
    </w:p>
    <w:p w14:paraId="3396FD23" w14:textId="77777777" w:rsidR="00610618" w:rsidRPr="00287224" w:rsidRDefault="00610618" w:rsidP="00287224">
      <w:pPr>
        <w:spacing w:after="0"/>
        <w:rPr>
          <w:rFonts w:ascii="Avenir" w:hAnsi="Avenir"/>
        </w:rPr>
      </w:pPr>
    </w:p>
    <w:p w14:paraId="705263A8" w14:textId="77777777" w:rsidR="003A28D6" w:rsidRDefault="003A28D6"/>
    <w:p w14:paraId="02EA693D" w14:textId="77777777" w:rsidR="003A28D6" w:rsidRDefault="003A28D6"/>
    <w:p w14:paraId="5FF771BE" w14:textId="77777777" w:rsidR="003A28D6" w:rsidRDefault="003A28D6"/>
    <w:p w14:paraId="73AF6055" w14:textId="77777777" w:rsidR="003A28D6" w:rsidRDefault="003A28D6"/>
    <w:p w14:paraId="3146E031" w14:textId="77777777" w:rsidR="003A28D6" w:rsidRDefault="003A28D6"/>
    <w:p w14:paraId="12740D06" w14:textId="77777777" w:rsidR="003A28D6" w:rsidRDefault="003A28D6"/>
    <w:p w14:paraId="52CE59D4" w14:textId="77777777" w:rsidR="003A28D6" w:rsidRDefault="003A28D6"/>
    <w:p w14:paraId="60362033" w14:textId="77777777" w:rsidR="003A28D6" w:rsidRDefault="003A28D6"/>
    <w:p w14:paraId="5CCFE8C6" w14:textId="77777777" w:rsidR="003A28D6" w:rsidRDefault="003A28D6"/>
    <w:p w14:paraId="43777B58" w14:textId="77777777" w:rsidR="003A28D6" w:rsidRDefault="003A28D6"/>
    <w:permEnd w:id="478969691"/>
    <w:p w14:paraId="2E535400" w14:textId="77777777" w:rsidR="00E24FC5" w:rsidRPr="0048184B" w:rsidRDefault="00E24FC5" w:rsidP="00530ED8">
      <w:pPr>
        <w:rPr>
          <w:rFonts w:ascii="Arial Nova" w:hAnsi="Arial Nova"/>
        </w:rPr>
      </w:pPr>
    </w:p>
    <w:sectPr w:rsidR="00E24FC5" w:rsidRPr="0048184B" w:rsidSect="0040104E">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EEBB3" w14:textId="77777777" w:rsidR="003C1D83" w:rsidRDefault="003C1D83" w:rsidP="00076745">
      <w:pPr>
        <w:spacing w:after="0" w:line="240" w:lineRule="auto"/>
      </w:pPr>
      <w:r>
        <w:separator/>
      </w:r>
    </w:p>
  </w:endnote>
  <w:endnote w:type="continuationSeparator" w:id="0">
    <w:p w14:paraId="23998FB0" w14:textId="77777777" w:rsidR="003C1D83" w:rsidRDefault="003C1D83" w:rsidP="00076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venir">
    <w:altName w:val="Calibri"/>
    <w:charset w:val="00"/>
    <w:family w:val="swiss"/>
    <w:pitch w:val="variable"/>
    <w:sig w:usb0="800000AF" w:usb1="5000204A" w:usb2="00000000" w:usb3="00000000" w:csb0="0000009B" w:csb1="00000000"/>
  </w:font>
  <w:font w:name="Avenir Heavy">
    <w:altName w:val="Calibri"/>
    <w:panose1 w:val="020B0703020203020204"/>
    <w:charset w:val="00"/>
    <w:family w:val="swiss"/>
    <w:pitch w:val="variable"/>
    <w:sig w:usb0="800000AF" w:usb1="5000204A" w:usb2="00000000" w:usb3="00000000" w:csb0="0000009B" w:csb1="00000000"/>
  </w:font>
  <w:font w:name="Avenir Medium">
    <w:panose1 w:val="02000603020000020003"/>
    <w:charset w:val="00"/>
    <w:family w:val="auto"/>
    <w:pitch w:val="variable"/>
    <w:sig w:usb0="800000AF" w:usb1="5000204A" w:usb2="00000000" w:usb3="00000000" w:csb0="0000009B"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C33C" w14:textId="05CEA477" w:rsidR="00076745" w:rsidRDefault="00076745">
    <w:pPr>
      <w:pStyle w:val="Footer"/>
    </w:pPr>
    <w:r>
      <w:t>GRF01</w:t>
    </w:r>
    <w:r w:rsidR="00D3414F">
      <w:br/>
    </w:r>
    <w:r w:rsidR="00D3414F" w:rsidRPr="00530ED8">
      <w:rPr>
        <w:sz w:val="16"/>
        <w:szCs w:val="16"/>
      </w:rPr>
      <w:t>© Moorepay Ltd All Rights Reserved. Use of this letter or its guidance, without review by your legal experts may affect the indemnity provided under your insurance product. Authorised users and subscribers may copy and adapt the content for their own internal use, provided it is not published or otherwise distributed externally.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6227B" w14:textId="77777777" w:rsidR="003C1D83" w:rsidRDefault="003C1D83" w:rsidP="00076745">
      <w:pPr>
        <w:spacing w:after="0" w:line="240" w:lineRule="auto"/>
      </w:pPr>
      <w:r>
        <w:separator/>
      </w:r>
    </w:p>
  </w:footnote>
  <w:footnote w:type="continuationSeparator" w:id="0">
    <w:p w14:paraId="48DFC9B8" w14:textId="77777777" w:rsidR="003C1D83" w:rsidRDefault="003C1D83" w:rsidP="000767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112357257">
    <w:abstractNumId w:val="8"/>
  </w:num>
  <w:num w:numId="2" w16cid:durableId="429543385">
    <w:abstractNumId w:val="6"/>
  </w:num>
  <w:num w:numId="3" w16cid:durableId="1595362073">
    <w:abstractNumId w:val="5"/>
  </w:num>
  <w:num w:numId="4" w16cid:durableId="1466122463">
    <w:abstractNumId w:val="4"/>
  </w:num>
  <w:num w:numId="5" w16cid:durableId="1527016489">
    <w:abstractNumId w:val="7"/>
  </w:num>
  <w:num w:numId="6" w16cid:durableId="1070687597">
    <w:abstractNumId w:val="3"/>
  </w:num>
  <w:num w:numId="7" w16cid:durableId="1878003729">
    <w:abstractNumId w:val="2"/>
  </w:num>
  <w:num w:numId="8" w16cid:durableId="1996299385">
    <w:abstractNumId w:val="1"/>
  </w:num>
  <w:num w:numId="9" w16cid:durableId="425535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readOnly" w:enforcement="1" w:cryptProviderType="rsaAES" w:cryptAlgorithmClass="hash" w:cryptAlgorithmType="typeAny" w:cryptAlgorithmSid="14" w:cryptSpinCount="100000" w:hash="15T71yeKGyfCJSAXh10pty/6Yres36CjJ12Ttu9M/x3mibYYcq018su0UG2ndwve4IkFNrKIjTY5s3U/ioT0/g==" w:salt="IILhZnVy8tU8kAz6E8u8b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2530"/>
    <w:rsid w:val="00034616"/>
    <w:rsid w:val="0006063C"/>
    <w:rsid w:val="000622EC"/>
    <w:rsid w:val="00067DCE"/>
    <w:rsid w:val="00076745"/>
    <w:rsid w:val="000A7D52"/>
    <w:rsid w:val="000F5FE4"/>
    <w:rsid w:val="0011032B"/>
    <w:rsid w:val="0015074B"/>
    <w:rsid w:val="00183B2F"/>
    <w:rsid w:val="00184485"/>
    <w:rsid w:val="00196576"/>
    <w:rsid w:val="001A6595"/>
    <w:rsid w:val="001B32DC"/>
    <w:rsid w:val="001B4C16"/>
    <w:rsid w:val="001E1B5D"/>
    <w:rsid w:val="001F21AF"/>
    <w:rsid w:val="00287224"/>
    <w:rsid w:val="002957C2"/>
    <w:rsid w:val="0029639D"/>
    <w:rsid w:val="00304E8B"/>
    <w:rsid w:val="00313BF7"/>
    <w:rsid w:val="00326F90"/>
    <w:rsid w:val="003A28D6"/>
    <w:rsid w:val="003C1D83"/>
    <w:rsid w:val="0040104E"/>
    <w:rsid w:val="0048184B"/>
    <w:rsid w:val="00530ED8"/>
    <w:rsid w:val="00577064"/>
    <w:rsid w:val="00610618"/>
    <w:rsid w:val="006F5A27"/>
    <w:rsid w:val="00794D31"/>
    <w:rsid w:val="0087465A"/>
    <w:rsid w:val="008A7851"/>
    <w:rsid w:val="008E6554"/>
    <w:rsid w:val="00912C1F"/>
    <w:rsid w:val="009E271B"/>
    <w:rsid w:val="00A75865"/>
    <w:rsid w:val="00A87139"/>
    <w:rsid w:val="00AA1D8D"/>
    <w:rsid w:val="00AB6779"/>
    <w:rsid w:val="00B018CB"/>
    <w:rsid w:val="00B22758"/>
    <w:rsid w:val="00B37290"/>
    <w:rsid w:val="00B47730"/>
    <w:rsid w:val="00B671FC"/>
    <w:rsid w:val="00CB0664"/>
    <w:rsid w:val="00CC6E9D"/>
    <w:rsid w:val="00D06DDA"/>
    <w:rsid w:val="00D100FD"/>
    <w:rsid w:val="00D3414F"/>
    <w:rsid w:val="00D7182B"/>
    <w:rsid w:val="00DD299F"/>
    <w:rsid w:val="00DE6D7B"/>
    <w:rsid w:val="00E1158A"/>
    <w:rsid w:val="00E24FC5"/>
    <w:rsid w:val="00E409B4"/>
    <w:rsid w:val="00EA6829"/>
    <w:rsid w:val="00EA6D56"/>
    <w:rsid w:val="00EB0DD4"/>
    <w:rsid w:val="00F202EF"/>
    <w:rsid w:val="00F2333B"/>
    <w:rsid w:val="00F43EBB"/>
    <w:rsid w:val="00F91AA7"/>
    <w:rsid w:val="00FB571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71795E"/>
  <w14:defaultImageDpi w14:val="330"/>
  <w15:docId w15:val="{9D82E487-B0B0-4CB4-9D0A-28451FED7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0F5FE4"/>
    <w:rPr>
      <w:rFonts w:ascii="Times New Roman" w:hAnsi="Times New Roman" w:cs="Times New Roman"/>
      <w:sz w:val="24"/>
      <w:szCs w:val="24"/>
    </w:rPr>
  </w:style>
  <w:style w:type="character" w:styleId="PlaceholderText">
    <w:name w:val="Placeholder Text"/>
    <w:basedOn w:val="DefaultParagraphFont"/>
    <w:uiPriority w:val="99"/>
    <w:semiHidden/>
    <w:rsid w:val="0087465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94C9A178D1B4027A1E097BE318CA173"/>
        <w:category>
          <w:name w:val="General"/>
          <w:gallery w:val="placeholder"/>
        </w:category>
        <w:types>
          <w:type w:val="bbPlcHdr"/>
        </w:types>
        <w:behaviors>
          <w:behavior w:val="content"/>
        </w:behaviors>
        <w:guid w:val="{436376EB-BB28-4403-B2DB-372654992F48}"/>
      </w:docPartPr>
      <w:docPartBody>
        <w:p w:rsidR="00C06BAA" w:rsidRDefault="00C06BAA" w:rsidP="00C06BAA">
          <w:pPr>
            <w:pStyle w:val="F94C9A178D1B4027A1E097BE318CA1739"/>
          </w:pPr>
          <w:r w:rsidRPr="001B32DC">
            <w:rPr>
              <w:rStyle w:val="PlaceholderText"/>
              <w:rFonts w:ascii="Avenir" w:hAnsi="Avenir"/>
            </w:rPr>
            <w:t>Click or tap here to enter your name</w:t>
          </w:r>
        </w:p>
      </w:docPartBody>
    </w:docPart>
    <w:docPart>
      <w:docPartPr>
        <w:name w:val="2C902243184843B38DE15FB4F2F98D2B"/>
        <w:category>
          <w:name w:val="General"/>
          <w:gallery w:val="placeholder"/>
        </w:category>
        <w:types>
          <w:type w:val="bbPlcHdr"/>
        </w:types>
        <w:behaviors>
          <w:behavior w:val="content"/>
        </w:behaviors>
        <w:guid w:val="{52840F49-E0F9-435E-8BC4-D8E4B352130E}"/>
      </w:docPartPr>
      <w:docPartBody>
        <w:p w:rsidR="00C06BAA" w:rsidRDefault="00C06BAA" w:rsidP="00C06BAA">
          <w:pPr>
            <w:pStyle w:val="2C902243184843B38DE15FB4F2F98D2B9"/>
          </w:pPr>
          <w:r w:rsidRPr="001B32DC">
            <w:rPr>
              <w:rStyle w:val="PlaceholderText"/>
              <w:rFonts w:ascii="Avenir" w:hAnsi="Avenir"/>
            </w:rPr>
            <w:t>Click or tap here to enter your employee number.</w:t>
          </w:r>
        </w:p>
      </w:docPartBody>
    </w:docPart>
    <w:docPart>
      <w:docPartPr>
        <w:name w:val="2EE750FC69224C01AED5EC604D57D903"/>
        <w:category>
          <w:name w:val="General"/>
          <w:gallery w:val="placeholder"/>
        </w:category>
        <w:types>
          <w:type w:val="bbPlcHdr"/>
        </w:types>
        <w:behaviors>
          <w:behavior w:val="content"/>
        </w:behaviors>
        <w:guid w:val="{E04DEAE6-BB01-454F-B72E-47C4321D42C1}"/>
      </w:docPartPr>
      <w:docPartBody>
        <w:p w:rsidR="00C06BAA" w:rsidRDefault="00C06BAA" w:rsidP="00C06BAA">
          <w:pPr>
            <w:pStyle w:val="2EE750FC69224C01AED5EC604D57D9039"/>
          </w:pPr>
          <w:r w:rsidRPr="001B32DC">
            <w:rPr>
              <w:rStyle w:val="PlaceholderText"/>
              <w:rFonts w:ascii="Avenir" w:hAnsi="Avenir"/>
            </w:rPr>
            <w:t>Click or tap here to enter your location.</w:t>
          </w:r>
        </w:p>
      </w:docPartBody>
    </w:docPart>
    <w:docPart>
      <w:docPartPr>
        <w:name w:val="DefaultPlaceholder_-1854013440"/>
        <w:category>
          <w:name w:val="General"/>
          <w:gallery w:val="placeholder"/>
        </w:category>
        <w:types>
          <w:type w:val="bbPlcHdr"/>
        </w:types>
        <w:behaviors>
          <w:behavior w:val="content"/>
        </w:behaviors>
        <w:guid w:val="{4E4CE4F1-9429-4F1B-8BC2-537DF20F0BC8}"/>
      </w:docPartPr>
      <w:docPartBody>
        <w:p w:rsidR="000F5038" w:rsidRDefault="00C06BAA">
          <w:r w:rsidRPr="008E64E6">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B9CD925B-8277-45DA-93FD-48339CD4E27C}"/>
      </w:docPartPr>
      <w:docPartBody>
        <w:p w:rsidR="000F5038" w:rsidRDefault="00C06BAA">
          <w:r w:rsidRPr="008E64E6">
            <w:rPr>
              <w:rStyle w:val="PlaceholderText"/>
            </w:rPr>
            <w:t>Click or tap to enter a date.</w:t>
          </w:r>
        </w:p>
      </w:docPartBody>
    </w:docPart>
    <w:docPart>
      <w:docPartPr>
        <w:name w:val="060B6561AC5A40F49357F64E4B525821"/>
        <w:category>
          <w:name w:val="General"/>
          <w:gallery w:val="placeholder"/>
        </w:category>
        <w:types>
          <w:type w:val="bbPlcHdr"/>
        </w:types>
        <w:behaviors>
          <w:behavior w:val="content"/>
        </w:behaviors>
        <w:guid w:val="{17ED4A1A-9788-46E9-BED6-450E1D49EBA8}"/>
      </w:docPartPr>
      <w:docPartBody>
        <w:p w:rsidR="000F5038" w:rsidRDefault="00C06BAA" w:rsidP="00C06BAA">
          <w:pPr>
            <w:pStyle w:val="060B6561AC5A40F49357F64E4B5258218"/>
          </w:pPr>
          <w:r w:rsidRPr="00DD299F">
            <w:rPr>
              <w:rStyle w:val="PlaceholderText"/>
              <w:rFonts w:ascii="Avenir" w:hAnsi="Avenir"/>
            </w:rPr>
            <w:t>Click or tap here to enter your department</w:t>
          </w:r>
        </w:p>
      </w:docPartBody>
    </w:docPart>
    <w:docPart>
      <w:docPartPr>
        <w:name w:val="6CBFB4A40898464884D636279C01F51D"/>
        <w:category>
          <w:name w:val="General"/>
          <w:gallery w:val="placeholder"/>
        </w:category>
        <w:types>
          <w:type w:val="bbPlcHdr"/>
        </w:types>
        <w:behaviors>
          <w:behavior w:val="content"/>
        </w:behaviors>
        <w:guid w:val="{D489FB0F-3D49-4F1C-B03F-CC89BA86FBBD}"/>
      </w:docPartPr>
      <w:docPartBody>
        <w:p w:rsidR="000F5038" w:rsidRDefault="00C06BAA" w:rsidP="00C06BAA">
          <w:pPr>
            <w:pStyle w:val="6CBFB4A40898464884D636279C01F51D7"/>
          </w:pPr>
          <w:r w:rsidRPr="00B22758">
            <w:rPr>
              <w:rStyle w:val="PlaceholderText"/>
              <w:rFonts w:ascii="Avenir" w:hAnsi="Avenir"/>
            </w:rPr>
            <w:t>Click or tap here to enter your job title</w:t>
          </w:r>
        </w:p>
      </w:docPartBody>
    </w:docPart>
    <w:docPart>
      <w:docPartPr>
        <w:name w:val="429E7112D95540718B69F06DDFF6FE55"/>
        <w:category>
          <w:name w:val="General"/>
          <w:gallery w:val="placeholder"/>
        </w:category>
        <w:types>
          <w:type w:val="bbPlcHdr"/>
        </w:types>
        <w:behaviors>
          <w:behavior w:val="content"/>
        </w:behaviors>
        <w:guid w:val="{A756D7CA-13A7-4B20-BBF6-14F45CEC06DA}"/>
      </w:docPartPr>
      <w:docPartBody>
        <w:p w:rsidR="000F5038" w:rsidRDefault="00C06BAA" w:rsidP="00C06BAA">
          <w:pPr>
            <w:pStyle w:val="429E7112D95540718B69F06DDFF6FE556"/>
          </w:pPr>
          <w:r w:rsidRPr="00B22758">
            <w:rPr>
              <w:rStyle w:val="PlaceholderText"/>
              <w:rFonts w:ascii="Avenir" w:hAnsi="Avenir"/>
            </w:rPr>
            <w:t>Click or tap here to enter your contact number</w:t>
          </w:r>
        </w:p>
      </w:docPartBody>
    </w:docPart>
    <w:docPart>
      <w:docPartPr>
        <w:name w:val="3B169F6DFA2E4EB382284E981C4AF057"/>
        <w:category>
          <w:name w:val="General"/>
          <w:gallery w:val="placeholder"/>
        </w:category>
        <w:types>
          <w:type w:val="bbPlcHdr"/>
        </w:types>
        <w:behaviors>
          <w:behavior w:val="content"/>
        </w:behaviors>
        <w:guid w:val="{E4F002A6-9BC8-41FD-8A00-AD83D8A429F6}"/>
      </w:docPartPr>
      <w:docPartBody>
        <w:p w:rsidR="000F5038" w:rsidRDefault="00C06BAA" w:rsidP="00C06BAA">
          <w:pPr>
            <w:pStyle w:val="3B169F6DFA2E4EB382284E981C4AF0575"/>
          </w:pPr>
          <w:r w:rsidRPr="00B22758">
            <w:rPr>
              <w:rStyle w:val="PlaceholderText"/>
              <w:rFonts w:ascii="Avenir" w:hAnsi="Avenir"/>
            </w:rPr>
            <w:t>Click or tap here to enter your email address</w:t>
          </w:r>
        </w:p>
      </w:docPartBody>
    </w:docPart>
    <w:docPart>
      <w:docPartPr>
        <w:name w:val="E1F67B0BFBF248039D6D6C3E12D6FCC2"/>
        <w:category>
          <w:name w:val="General"/>
          <w:gallery w:val="placeholder"/>
        </w:category>
        <w:types>
          <w:type w:val="bbPlcHdr"/>
        </w:types>
        <w:behaviors>
          <w:behavior w:val="content"/>
        </w:behaviors>
        <w:guid w:val="{E1170D66-2D9E-4A83-8A8A-555777AD59D1}"/>
      </w:docPartPr>
      <w:docPartBody>
        <w:p w:rsidR="000F5038" w:rsidRDefault="00C06BAA" w:rsidP="00C06BAA">
          <w:pPr>
            <w:pStyle w:val="E1F67B0BFBF248039D6D6C3E12D6FCC24"/>
          </w:pPr>
          <w:r w:rsidRPr="00B22758">
            <w:rPr>
              <w:rStyle w:val="PlaceholderText"/>
              <w:rFonts w:ascii="Avenir" w:hAnsi="Avenir"/>
            </w:rPr>
            <w:t>Click or tap here to enter text.</w:t>
          </w:r>
        </w:p>
      </w:docPartBody>
    </w:docPart>
    <w:docPart>
      <w:docPartPr>
        <w:name w:val="0CB6EFAE980744CDB04845F4B262446A"/>
        <w:category>
          <w:name w:val="General"/>
          <w:gallery w:val="placeholder"/>
        </w:category>
        <w:types>
          <w:type w:val="bbPlcHdr"/>
        </w:types>
        <w:behaviors>
          <w:behavior w:val="content"/>
        </w:behaviors>
        <w:guid w:val="{136BA1D1-7037-4BDB-8060-499FA74F2841}"/>
      </w:docPartPr>
      <w:docPartBody>
        <w:p w:rsidR="000F5038" w:rsidRDefault="00C06BAA" w:rsidP="00C06BAA">
          <w:pPr>
            <w:pStyle w:val="0CB6EFAE980744CDB04845F4B262446A4"/>
          </w:pPr>
          <w:r w:rsidRPr="00B22758">
            <w:rPr>
              <w:rStyle w:val="PlaceholderText"/>
              <w:rFonts w:ascii="Avenir" w:hAnsi="Avenir"/>
            </w:rPr>
            <w:t>Click or tap here to enter text.</w:t>
          </w:r>
        </w:p>
      </w:docPartBody>
    </w:docPart>
    <w:docPart>
      <w:docPartPr>
        <w:name w:val="B0664A022348476080CF43DBAB9445EE"/>
        <w:category>
          <w:name w:val="General"/>
          <w:gallery w:val="placeholder"/>
        </w:category>
        <w:types>
          <w:type w:val="bbPlcHdr"/>
        </w:types>
        <w:behaviors>
          <w:behavior w:val="content"/>
        </w:behaviors>
        <w:guid w:val="{CDA176FB-00AB-4A04-B2ED-81F9DC0AE40A}"/>
      </w:docPartPr>
      <w:docPartBody>
        <w:p w:rsidR="000F5038" w:rsidRDefault="00C06BAA" w:rsidP="00C06BAA">
          <w:pPr>
            <w:pStyle w:val="B0664A022348476080CF43DBAB9445EE4"/>
          </w:pPr>
          <w:r w:rsidRPr="00B22758">
            <w:rPr>
              <w:rStyle w:val="PlaceholderText"/>
              <w:rFonts w:ascii="Avenir" w:hAnsi="Avenir"/>
            </w:rPr>
            <w:t>Click or tap here to enter text.</w:t>
          </w:r>
        </w:p>
      </w:docPartBody>
    </w:docPart>
    <w:docPart>
      <w:docPartPr>
        <w:name w:val="8E73EAAB6B3F49C3973F4E98C019EB47"/>
        <w:category>
          <w:name w:val="General"/>
          <w:gallery w:val="placeholder"/>
        </w:category>
        <w:types>
          <w:type w:val="bbPlcHdr"/>
        </w:types>
        <w:behaviors>
          <w:behavior w:val="content"/>
        </w:behaviors>
        <w:guid w:val="{C27DA05D-FDC1-4C64-8019-EA365D4254C9}"/>
      </w:docPartPr>
      <w:docPartBody>
        <w:p w:rsidR="000F5038" w:rsidRDefault="00C06BAA" w:rsidP="00C06BAA">
          <w:pPr>
            <w:pStyle w:val="8E73EAAB6B3F49C3973F4E98C019EB474"/>
          </w:pPr>
          <w:r w:rsidRPr="00B22758">
            <w:rPr>
              <w:rStyle w:val="PlaceholderText"/>
              <w:rFonts w:ascii="Avenir" w:hAnsi="Avenir"/>
            </w:rPr>
            <w:t>Click or tap here to enter text.</w:t>
          </w:r>
        </w:p>
      </w:docPartBody>
    </w:docPart>
    <w:docPart>
      <w:docPartPr>
        <w:name w:val="37ACC0DCC62C4B33950048DC0B7C5CFE"/>
        <w:category>
          <w:name w:val="General"/>
          <w:gallery w:val="placeholder"/>
        </w:category>
        <w:types>
          <w:type w:val="bbPlcHdr"/>
        </w:types>
        <w:behaviors>
          <w:behavior w:val="content"/>
        </w:behaviors>
        <w:guid w:val="{C8694AF7-3F6F-4265-9C6A-73C896813954}"/>
      </w:docPartPr>
      <w:docPartBody>
        <w:p w:rsidR="000F5038" w:rsidRDefault="00C06BAA" w:rsidP="00C06BAA">
          <w:pPr>
            <w:pStyle w:val="37ACC0DCC62C4B33950048DC0B7C5CFE"/>
          </w:pPr>
          <w:r w:rsidRPr="008E64E6">
            <w:rPr>
              <w:rStyle w:val="PlaceholderText"/>
            </w:rPr>
            <w:t>Click or tap here to enter text.</w:t>
          </w:r>
        </w:p>
      </w:docPartBody>
    </w:docPart>
    <w:docPart>
      <w:docPartPr>
        <w:name w:val="8DCF54F9070944B1BC151D0E300B8E5D"/>
        <w:category>
          <w:name w:val="General"/>
          <w:gallery w:val="placeholder"/>
        </w:category>
        <w:types>
          <w:type w:val="bbPlcHdr"/>
        </w:types>
        <w:behaviors>
          <w:behavior w:val="content"/>
        </w:behaviors>
        <w:guid w:val="{64E062C5-1B6D-4444-8F68-62C5342DAD5F}"/>
      </w:docPartPr>
      <w:docPartBody>
        <w:p w:rsidR="000F5038" w:rsidRDefault="00C06BAA" w:rsidP="00C06BAA">
          <w:pPr>
            <w:pStyle w:val="8DCF54F9070944B1BC151D0E300B8E5D"/>
          </w:pPr>
          <w:r w:rsidRPr="008E64E6">
            <w:rPr>
              <w:rStyle w:val="PlaceholderText"/>
            </w:rPr>
            <w:t>Click or tap here to enter text.</w:t>
          </w:r>
        </w:p>
      </w:docPartBody>
    </w:docPart>
    <w:docPart>
      <w:docPartPr>
        <w:name w:val="E11C3E92D5E0479AB1DFA2B888D30347"/>
        <w:category>
          <w:name w:val="General"/>
          <w:gallery w:val="placeholder"/>
        </w:category>
        <w:types>
          <w:type w:val="bbPlcHdr"/>
        </w:types>
        <w:behaviors>
          <w:behavior w:val="content"/>
        </w:behaviors>
        <w:guid w:val="{00BC6522-AB4C-4445-A3E3-74FBB20FBC05}"/>
      </w:docPartPr>
      <w:docPartBody>
        <w:p w:rsidR="000F5038" w:rsidRDefault="00C06BAA" w:rsidP="00C06BAA">
          <w:pPr>
            <w:pStyle w:val="E11C3E92D5E0479AB1DFA2B888D30347"/>
          </w:pPr>
          <w:r w:rsidRPr="008E64E6">
            <w:rPr>
              <w:rStyle w:val="PlaceholderText"/>
            </w:rPr>
            <w:t>Click or tap here to enter text.</w:t>
          </w:r>
        </w:p>
      </w:docPartBody>
    </w:docPart>
    <w:docPart>
      <w:docPartPr>
        <w:name w:val="4784C1389B3245959A1889001E9B2F96"/>
        <w:category>
          <w:name w:val="General"/>
          <w:gallery w:val="placeholder"/>
        </w:category>
        <w:types>
          <w:type w:val="bbPlcHdr"/>
        </w:types>
        <w:behaviors>
          <w:behavior w:val="content"/>
        </w:behaviors>
        <w:guid w:val="{73898808-8DD8-41EE-8FFE-742A43DFEF0B}"/>
      </w:docPartPr>
      <w:docPartBody>
        <w:p w:rsidR="000F5038" w:rsidRDefault="00C06BAA" w:rsidP="00C06BAA">
          <w:pPr>
            <w:pStyle w:val="4784C1389B3245959A1889001E9B2F96"/>
          </w:pPr>
          <w:r w:rsidRPr="00B22758">
            <w:rPr>
              <w:rStyle w:val="PlaceholderText"/>
              <w:rFonts w:ascii="Avenir" w:hAnsi="Avenir"/>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venir">
    <w:altName w:val="Calibri"/>
    <w:charset w:val="00"/>
    <w:family w:val="swiss"/>
    <w:pitch w:val="variable"/>
    <w:sig w:usb0="800000AF" w:usb1="5000204A" w:usb2="00000000" w:usb3="00000000" w:csb0="0000009B" w:csb1="00000000"/>
  </w:font>
  <w:font w:name="Avenir Heavy">
    <w:altName w:val="Calibri"/>
    <w:panose1 w:val="020B0703020203020204"/>
    <w:charset w:val="00"/>
    <w:family w:val="swiss"/>
    <w:pitch w:val="variable"/>
    <w:sig w:usb0="800000AF" w:usb1="5000204A" w:usb2="00000000" w:usb3="00000000" w:csb0="0000009B" w:csb1="00000000"/>
  </w:font>
  <w:font w:name="Avenir Medium">
    <w:panose1 w:val="02000603020000020003"/>
    <w:charset w:val="00"/>
    <w:family w:val="auto"/>
    <w:pitch w:val="variable"/>
    <w:sig w:usb0="800000AF" w:usb1="5000204A" w:usb2="00000000" w:usb3="00000000" w:csb0="0000009B" w:csb1="00000000"/>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6D7"/>
    <w:rsid w:val="000404A5"/>
    <w:rsid w:val="000622EC"/>
    <w:rsid w:val="00067DCE"/>
    <w:rsid w:val="000F5038"/>
    <w:rsid w:val="0011032B"/>
    <w:rsid w:val="00184485"/>
    <w:rsid w:val="002E0CD7"/>
    <w:rsid w:val="00304E8B"/>
    <w:rsid w:val="003A3AFC"/>
    <w:rsid w:val="005B608B"/>
    <w:rsid w:val="006B1635"/>
    <w:rsid w:val="00724E9C"/>
    <w:rsid w:val="007F1083"/>
    <w:rsid w:val="008576D7"/>
    <w:rsid w:val="00902AD1"/>
    <w:rsid w:val="00912C1F"/>
    <w:rsid w:val="00A75865"/>
    <w:rsid w:val="00B30088"/>
    <w:rsid w:val="00C06BAA"/>
    <w:rsid w:val="00EA6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5038"/>
    <w:rPr>
      <w:color w:val="666666"/>
    </w:rPr>
  </w:style>
  <w:style w:type="paragraph" w:customStyle="1" w:styleId="F94C9A178D1B4027A1E097BE318CA1739">
    <w:name w:val="F94C9A178D1B4027A1E097BE318CA1739"/>
    <w:rsid w:val="00C06BAA"/>
    <w:pPr>
      <w:spacing w:after="200" w:line="276" w:lineRule="auto"/>
    </w:pPr>
    <w:rPr>
      <w:kern w:val="0"/>
      <w:sz w:val="22"/>
      <w:szCs w:val="22"/>
      <w:lang w:val="en-US" w:eastAsia="en-US"/>
      <w14:ligatures w14:val="none"/>
    </w:rPr>
  </w:style>
  <w:style w:type="paragraph" w:customStyle="1" w:styleId="2C902243184843B38DE15FB4F2F98D2B9">
    <w:name w:val="2C902243184843B38DE15FB4F2F98D2B9"/>
    <w:rsid w:val="00C06BAA"/>
    <w:pPr>
      <w:spacing w:after="200" w:line="276" w:lineRule="auto"/>
    </w:pPr>
    <w:rPr>
      <w:kern w:val="0"/>
      <w:sz w:val="22"/>
      <w:szCs w:val="22"/>
      <w:lang w:val="en-US" w:eastAsia="en-US"/>
      <w14:ligatures w14:val="none"/>
    </w:rPr>
  </w:style>
  <w:style w:type="paragraph" w:customStyle="1" w:styleId="2EE750FC69224C01AED5EC604D57D9039">
    <w:name w:val="2EE750FC69224C01AED5EC604D57D9039"/>
    <w:rsid w:val="00C06BAA"/>
    <w:pPr>
      <w:spacing w:after="200" w:line="276" w:lineRule="auto"/>
    </w:pPr>
    <w:rPr>
      <w:kern w:val="0"/>
      <w:sz w:val="22"/>
      <w:szCs w:val="22"/>
      <w:lang w:val="en-US" w:eastAsia="en-US"/>
      <w14:ligatures w14:val="none"/>
    </w:rPr>
  </w:style>
  <w:style w:type="paragraph" w:customStyle="1" w:styleId="060B6561AC5A40F49357F64E4B5258218">
    <w:name w:val="060B6561AC5A40F49357F64E4B5258218"/>
    <w:rsid w:val="00C06BAA"/>
    <w:pPr>
      <w:spacing w:after="200" w:line="276" w:lineRule="auto"/>
    </w:pPr>
    <w:rPr>
      <w:kern w:val="0"/>
      <w:sz w:val="22"/>
      <w:szCs w:val="22"/>
      <w:lang w:val="en-US" w:eastAsia="en-US"/>
      <w14:ligatures w14:val="none"/>
    </w:rPr>
  </w:style>
  <w:style w:type="paragraph" w:customStyle="1" w:styleId="6CBFB4A40898464884D636279C01F51D7">
    <w:name w:val="6CBFB4A40898464884D636279C01F51D7"/>
    <w:rsid w:val="00C06BAA"/>
    <w:pPr>
      <w:spacing w:after="200" w:line="276" w:lineRule="auto"/>
    </w:pPr>
    <w:rPr>
      <w:kern w:val="0"/>
      <w:sz w:val="22"/>
      <w:szCs w:val="22"/>
      <w:lang w:val="en-US" w:eastAsia="en-US"/>
      <w14:ligatures w14:val="none"/>
    </w:rPr>
  </w:style>
  <w:style w:type="paragraph" w:customStyle="1" w:styleId="429E7112D95540718B69F06DDFF6FE556">
    <w:name w:val="429E7112D95540718B69F06DDFF6FE556"/>
    <w:rsid w:val="00C06BAA"/>
    <w:pPr>
      <w:spacing w:after="200" w:line="276" w:lineRule="auto"/>
    </w:pPr>
    <w:rPr>
      <w:kern w:val="0"/>
      <w:sz w:val="22"/>
      <w:szCs w:val="22"/>
      <w:lang w:val="en-US" w:eastAsia="en-US"/>
      <w14:ligatures w14:val="none"/>
    </w:rPr>
  </w:style>
  <w:style w:type="paragraph" w:customStyle="1" w:styleId="3B169F6DFA2E4EB382284E981C4AF0575">
    <w:name w:val="3B169F6DFA2E4EB382284E981C4AF0575"/>
    <w:rsid w:val="00C06BAA"/>
    <w:pPr>
      <w:spacing w:after="200" w:line="276" w:lineRule="auto"/>
    </w:pPr>
    <w:rPr>
      <w:kern w:val="0"/>
      <w:sz w:val="22"/>
      <w:szCs w:val="22"/>
      <w:lang w:val="en-US" w:eastAsia="en-US"/>
      <w14:ligatures w14:val="none"/>
    </w:rPr>
  </w:style>
  <w:style w:type="paragraph" w:customStyle="1" w:styleId="E1F67B0BFBF248039D6D6C3E12D6FCC24">
    <w:name w:val="E1F67B0BFBF248039D6D6C3E12D6FCC24"/>
    <w:rsid w:val="00C06BAA"/>
    <w:pPr>
      <w:spacing w:after="200" w:line="276" w:lineRule="auto"/>
    </w:pPr>
    <w:rPr>
      <w:kern w:val="0"/>
      <w:sz w:val="22"/>
      <w:szCs w:val="22"/>
      <w:lang w:val="en-US" w:eastAsia="en-US"/>
      <w14:ligatures w14:val="none"/>
    </w:rPr>
  </w:style>
  <w:style w:type="paragraph" w:customStyle="1" w:styleId="0CB6EFAE980744CDB04845F4B262446A4">
    <w:name w:val="0CB6EFAE980744CDB04845F4B262446A4"/>
    <w:rsid w:val="00C06BAA"/>
    <w:pPr>
      <w:spacing w:after="200" w:line="276" w:lineRule="auto"/>
    </w:pPr>
    <w:rPr>
      <w:kern w:val="0"/>
      <w:sz w:val="22"/>
      <w:szCs w:val="22"/>
      <w:lang w:val="en-US" w:eastAsia="en-US"/>
      <w14:ligatures w14:val="none"/>
    </w:rPr>
  </w:style>
  <w:style w:type="paragraph" w:customStyle="1" w:styleId="B0664A022348476080CF43DBAB9445EE4">
    <w:name w:val="B0664A022348476080CF43DBAB9445EE4"/>
    <w:rsid w:val="00C06BAA"/>
    <w:pPr>
      <w:spacing w:after="200" w:line="276" w:lineRule="auto"/>
    </w:pPr>
    <w:rPr>
      <w:kern w:val="0"/>
      <w:sz w:val="22"/>
      <w:szCs w:val="22"/>
      <w:lang w:val="en-US" w:eastAsia="en-US"/>
      <w14:ligatures w14:val="none"/>
    </w:rPr>
  </w:style>
  <w:style w:type="paragraph" w:customStyle="1" w:styleId="8E73EAAB6B3F49C3973F4E98C019EB474">
    <w:name w:val="8E73EAAB6B3F49C3973F4E98C019EB474"/>
    <w:rsid w:val="00C06BAA"/>
    <w:pPr>
      <w:spacing w:after="200" w:line="276" w:lineRule="auto"/>
    </w:pPr>
    <w:rPr>
      <w:kern w:val="0"/>
      <w:sz w:val="22"/>
      <w:szCs w:val="22"/>
      <w:lang w:val="en-US" w:eastAsia="en-US"/>
      <w14:ligatures w14:val="none"/>
    </w:rPr>
  </w:style>
  <w:style w:type="paragraph" w:customStyle="1" w:styleId="37ACC0DCC62C4B33950048DC0B7C5CFE">
    <w:name w:val="37ACC0DCC62C4B33950048DC0B7C5CFE"/>
    <w:rsid w:val="00C06BAA"/>
  </w:style>
  <w:style w:type="paragraph" w:customStyle="1" w:styleId="8DCF54F9070944B1BC151D0E300B8E5D">
    <w:name w:val="8DCF54F9070944B1BC151D0E300B8E5D"/>
    <w:rsid w:val="00C06BAA"/>
  </w:style>
  <w:style w:type="paragraph" w:customStyle="1" w:styleId="E11C3E92D5E0479AB1DFA2B888D30347">
    <w:name w:val="E11C3E92D5E0479AB1DFA2B888D30347"/>
    <w:rsid w:val="00C06BAA"/>
  </w:style>
  <w:style w:type="paragraph" w:customStyle="1" w:styleId="4784C1389B3245959A1889001E9B2F96">
    <w:name w:val="4784C1389B3245959A1889001E9B2F96"/>
    <w:rsid w:val="00C06B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E1A84D28B59145B16AC5820AEF63D8" ma:contentTypeVersion="15" ma:contentTypeDescription="Create a new document." ma:contentTypeScope="" ma:versionID="348c0896a3079ba2a2fce3a13149c85a">
  <xsd:schema xmlns:xsd="http://www.w3.org/2001/XMLSchema" xmlns:xs="http://www.w3.org/2001/XMLSchema" xmlns:p="http://schemas.microsoft.com/office/2006/metadata/properties" xmlns:ns3="5ecbe70d-520b-4916-adb8-67845591baf1" xmlns:ns4="993199f2-caa2-4dc5-9b3f-266071421325" targetNamespace="http://schemas.microsoft.com/office/2006/metadata/properties" ma:root="true" ma:fieldsID="4cc2cb2ddaefe48693c6f92b7a18c61a" ns3:_="" ns4:_="">
    <xsd:import namespace="5ecbe70d-520b-4916-adb8-67845591baf1"/>
    <xsd:import namespace="993199f2-caa2-4dc5-9b3f-266071421325"/>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cbe70d-520b-4916-adb8-67845591ba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3199f2-caa2-4dc5-9b3f-26607142132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5ecbe70d-520b-4916-adb8-67845591baf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B35E03-6742-417A-AAFB-79A1816603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cbe70d-520b-4916-adb8-67845591baf1"/>
    <ds:schemaRef ds:uri="993199f2-caa2-4dc5-9b3f-2660714213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A3DBF18E-5D46-4791-BABB-1DFFEA605332}">
  <ds:schemaRefs>
    <ds:schemaRef ds:uri="http://schemas.microsoft.com/office/2006/metadata/properties"/>
    <ds:schemaRef ds:uri="http://schemas.microsoft.com/office/infopath/2007/PartnerControls"/>
    <ds:schemaRef ds:uri="5ecbe70d-520b-4916-adb8-67845591baf1"/>
  </ds:schemaRefs>
</ds:datastoreItem>
</file>

<file path=customXml/itemProps4.xml><?xml version="1.0" encoding="utf-8"?>
<ds:datastoreItem xmlns:ds="http://schemas.openxmlformats.org/officeDocument/2006/customXml" ds:itemID="{1E9BFD60-8D3C-459A-B979-A2E23D3B7C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636</Words>
  <Characters>3626</Characters>
  <Application>Microsoft Office Word</Application>
  <DocSecurity>8</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Karis Lambert</cp:lastModifiedBy>
  <cp:revision>13</cp:revision>
  <dcterms:created xsi:type="dcterms:W3CDTF">2026-06-01T17:12:00Z</dcterms:created>
  <dcterms:modified xsi:type="dcterms:W3CDTF">2026-06-02T12:58:00Z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0x010100BAE1A84D28B59145B16AC5820AEF63D8</vt:lpwstr>
  </property>
</Properties>
</file>